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KCCP plan revision meeting</w:t>
      </w:r>
    </w:p>
    <w:p>
      <w:r>
        <w:rPr>
          <w:rFonts w:ascii="Arial" w:hAnsi="Arial"/>
          <w:color w:val="4F6880"/>
          <w:sz w:val="22"/>
        </w:rPr>
        <w:t>Thu, Mar 20, 2025 8:38PM • 48:09</w:t>
      </w:r>
    </w:p>
    <w:p>
      <w:pPr>
        <w:spacing w:before="440" w:after="0"/>
      </w:pPr>
      <w:r>
        <w:rPr>
          <w:rFonts w:ascii="Arial" w:hAnsi="Arial"/>
          <w:b/>
          <w:color w:val="4F6880"/>
          <w:sz w:val="22"/>
        </w:rPr>
        <w:t>SUMMARY KEYWORDS</w:t>
      </w:r>
    </w:p>
    <w:p>
      <w:r>
        <w:rPr>
          <w:rFonts w:ascii="Arial" w:hAnsi="Arial"/>
          <w:color w:val="4F6880"/>
          <w:sz w:val="22"/>
        </w:rPr>
        <w:t>Comprehensive plan, zoning code, community input, goals and objectives, land use, visioning exercises, sub areas, public participation, transportation, economic development, environmental protection, public services, housing, natural resources, implementation strategies.</w:t>
      </w:r>
    </w:p>
    <w:p>
      <w:pPr>
        <w:spacing w:before="440" w:after="0"/>
      </w:pPr>
      <w:r>
        <w:rPr>
          <w:rFonts w:ascii="Arial" w:hAnsi="Arial"/>
          <w:b/>
          <w:color w:val="4F6880"/>
          <w:sz w:val="22"/>
        </w:rPr>
        <w:t>SPEAKERS</w:t>
      </w:r>
    </w:p>
    <w:p>
      <w:r>
        <w:rPr>
          <w:rFonts w:ascii="Arial" w:hAnsi="Arial"/>
          <w:color w:val="4F6880"/>
          <w:sz w:val="22"/>
        </w:rPr>
        <w:t>Speaker 3, Speaker 7, Speaker 1, Speaker 9, Speaker 2, Speaker 6, Speaker 8, Speaker 4, Speaker 5</w:t>
      </w:r>
    </w:p>
    <w:p>
      <w:pPr>
        <w:spacing w:after="0"/>
      </w:pPr>
    </w:p>
    <w:p>
      <w:pPr>
        <w:spacing w:after="0"/>
      </w:pPr>
      <w:r>
        <w:rPr>
          <w:rFonts w:ascii="Arial" w:hAnsi="Arial"/>
          <w:b/>
          <w:sz w:val="22"/>
        </w:rPr>
        <w:t xml:space="preserve">Speaker 1  </w:t>
      </w:r>
      <w:r>
        <w:rPr>
          <w:rFonts w:ascii="Arial" w:hAnsi="Arial"/>
          <w:color w:val="5D7284"/>
          <w:sz w:val="22"/>
        </w:rPr>
        <w:t>00:00</w:t>
      </w:r>
    </w:p>
    <w:p>
      <w:pPr>
        <w:spacing w:after="0"/>
      </w:pPr>
      <w:r>
        <w:rPr>
          <w:rFonts w:ascii="Arial" w:hAnsi="Arial"/>
          <w:sz w:val="22"/>
        </w:rPr>
        <w:t>And we did get some really good reviews, so that's positive, but they keep telling me, these are very different crowds. So hopefully, so hopefully we'll get the good reviews also. I don't know what a way to go ahead. So okay, so I am the long range planner, click it up County, and for those of you that don't know what long range planning is, planning is split into two parts. One is the processing of development, of development applications, and the other one is thinking about what the county will be, how the county will grow in the future. So it's not the easiest task, and the county will grow in the future, and it has to grow based on what the community wants. Basically, of course, nobody will want the same thing, but we need the to take your opinions, your ideas, your wishes, your concerns. We need to put it down together and put it down together and to create what's called the goals and objectives, alright? So the comprehensive plan is probably a document that a few people know about, or few people know what it means for the county or how it's used in a way. So the comprehensive plan is about the zoning code. It sets the direction that the county should go for the next 20 years. So by direction means, okay, what is, how do we want this county to grab that's that's written down in the goals and objectives that we're trying to craft right now by collecting all your concerns and ideas and opinions. And then there's a second phase that's about the land uses. How do we want? Not none, not the zoning. How do we want different areas of clicky that county to look like 20 years from now. So then we'll create some visioning, visioning exercises, and try to understand how every area of the county would look like. And my guess. Correct me if I'm wrong, the simplest area is the East County, where the population is low and it's very agricultural, very rural. So that would be a very rural and very agricultural designation. And along with that will come the zoning codes underneath the zoning in a way, we'll set the standards to reflect what the vision of the comprehensive plan is. So far so good. I'm not flying over your head, right? Okay, so, but this we first have to do the comprehension plan. That's why it's important to get together the comprehension plan first. And we have the official deadline is end of 27 by the state but of course, we have some other deadlines first. So we have finished the first chunk of a document, at least the draft one, by the end of June, and then we'll start other phases. And I've heard some concerns, oh, some people cannot come that they have jobs. They have this. They have that is there another way to participate? We will have, maybe online questionnaires, surveys available for others and for everybody also to participate. So but this, in this first phase, it's about writing down your concerns, your ideas about different topics. And we have seven topics on every table, and we picked those topics based on the on the existing comprehensive plan that was done in 1979 when people still wore heights and word, you know, that's like, keep hearing. But actually it's a very good document, very well written. It's people back there obviously have the same phrase that we have right now. They just had different means. So they split the goals and objectives into those seven different areas. So we thought it was, it was a good split. So that's why every table has its own. They call them areas of concern. Now they call them elements, areas of concern. So that's why you eventually will write down your concerns and your ideas. Okay, so that so far, I'm going to give you a short presentation. We're already late, but we'll see it shouldn't last more than 20 minutes. And then we'll get on to the tables, and you can start writing, and you'll start rotating, actually, at around every area. Of concern, to write your your ideas, and then we have a dotting exercise. Well, you just put a.on the ideas that you liked or not. Green for you liked and red for you didn't. But the first phase is writing. Actually, the first phase is me presenting. So because I, I wanted to give you an idea what a comprehensive plan is. Because, yeah, few people know, and I hope I describe it Alright, so you kind of, kind of have an idea right now. But let's, let's move on to the presentation. Yes, yes, yes, yes, yes. Also just to remind you, we're not talking about sub areas right now, and sub areas are, for example, Trout Lake, Dallas port and so on, Lyle. Those are these goals and principles will apply, will apply to all the areas, even even some areas, but we're not doing a mapping of the sub area some areas, we're not talking about land use designations in some areas, the sub area plan that will eventually, that we will eventually do for every different sub area will reflect these ideas and principles, And it will probably have its own zoning designations. Okay? I see some worried faces back there again. This is we're not doing the mapping of the sub area, sub areas right now. We're just writing the goals and objectives for the whole county. But if you have a concern in your own sub area, write it down. I mean, traffic is horrible in pickleton, so just do something about it. Okay, yes, this is actually this that the comprehensive this phase of the comprehensive plan is for the whole county, including the city limits. Well, well, I think we need to clarify that the goals and objectives will apply as an umbrella. Okay, we'll clarify that so it doesn't apply to sub areas. No, oh, cities. You meant, oh, I'm sorry. I thought it's government sub areas, okay, no, no, it doesn't apply to cities. Cities have their own general plan. It's not different city. The sub areas are unincorporated communities. Okay?</w:t>
      </w:r>
    </w:p>
    <w:p>
      <w:pPr>
        <w:spacing w:after="0"/>
      </w:pPr>
    </w:p>
    <w:p>
      <w:pPr>
        <w:spacing w:after="0"/>
      </w:pPr>
      <w:r>
        <w:rPr>
          <w:rFonts w:ascii="Arial" w:hAnsi="Arial"/>
          <w:color w:val="5D7284"/>
          <w:sz w:val="22"/>
        </w:rPr>
        <w:t>08:01</w:t>
      </w:r>
    </w:p>
    <w:p>
      <w:pPr>
        <w:spacing w:after="0"/>
      </w:pPr>
      <w:r>
        <w:rPr>
          <w:rFonts w:ascii="Arial" w:hAnsi="Arial"/>
          <w:sz w:val="22"/>
        </w:rPr>
        <w:t>Certainly,</w:t>
      </w:r>
    </w:p>
    <w:p>
      <w:pPr>
        <w:spacing w:after="0"/>
      </w:pPr>
    </w:p>
    <w:p>
      <w:pPr>
        <w:spacing w:after="0"/>
      </w:pPr>
      <w:r>
        <w:rPr>
          <w:rFonts w:ascii="Arial" w:hAnsi="Arial"/>
          <w:b/>
          <w:sz w:val="22"/>
        </w:rPr>
        <w:t xml:space="preserve">Speaker 1  </w:t>
      </w:r>
      <w:r>
        <w:rPr>
          <w:rFonts w:ascii="Arial" w:hAnsi="Arial"/>
          <w:color w:val="5D7284"/>
          <w:sz w:val="22"/>
        </w:rPr>
        <w:t>08:18</w:t>
      </w:r>
    </w:p>
    <w:p>
      <w:pPr>
        <w:spacing w:after="0"/>
      </w:pPr>
      <w:r>
        <w:rPr>
          <w:rFonts w:ascii="Arial" w:hAnsi="Arial"/>
          <w:sz w:val="22"/>
        </w:rPr>
        <w:t>you guys see so I'm going to sit down so you can see clearly. So what is a comprehensive plan? As we mentioned, the Comprehensive Plan establishes a county wide vision and the direction for development. So this. It reflects community priorities to achieve the community vision. We're getting there slowly. It's the foundation for all zoning, as as I mentioned to you earlier, based on the comprehension plan, based on the on the on what we derive from here, from the goals and objectives and the different areas that we split the county, we will decide the new zoning designations. Zoning has to correspond to your vision. It directs land use locations future growth, foundation for zoning requirements again, and how the county will make decisions. If east part of the county says rural, agricultural or very rural, very agricultural. You It's not urban, it's gonna the zoning is going to be very different over there, and decisions will be very different. So how it will affect you? Traffic, jobs, housing, environmental quality, natural disasters, public services, everything is affected by the comprehension plan, because, again, it sets the direction of. How the county will go for the next 1020, years, how easy is to get to your job and services related to transportation, where housing and businesses will be located, parks, transportation system, risks from fire and stuff, cultural resources.</w:t>
      </w:r>
    </w:p>
    <w:p>
      <w:pPr>
        <w:spacing w:after="0"/>
      </w:pPr>
    </w:p>
    <w:p>
      <w:pPr>
        <w:spacing w:after="0"/>
      </w:pPr>
      <w:r>
        <w:rPr>
          <w:rFonts w:ascii="Arial" w:hAnsi="Arial"/>
          <w:color w:val="5D7284"/>
          <w:sz w:val="22"/>
        </w:rPr>
        <w:t>10:31</w:t>
      </w:r>
    </w:p>
    <w:p>
      <w:pPr>
        <w:spacing w:after="0"/>
      </w:pPr>
      <w:r>
        <w:rPr>
          <w:rFonts w:ascii="Arial" w:hAnsi="Arial"/>
          <w:sz w:val="22"/>
        </w:rPr>
        <w:t>So</w:t>
      </w:r>
    </w:p>
    <w:p>
      <w:pPr>
        <w:spacing w:after="0"/>
      </w:pPr>
    </w:p>
    <w:p>
      <w:pPr>
        <w:spacing w:after="0"/>
      </w:pPr>
      <w:r>
        <w:rPr>
          <w:rFonts w:ascii="Arial" w:hAnsi="Arial"/>
          <w:b/>
          <w:sz w:val="22"/>
        </w:rPr>
        <w:t xml:space="preserve">Speaker 1  </w:t>
      </w:r>
      <w:r>
        <w:rPr>
          <w:rFonts w:ascii="Arial" w:hAnsi="Arial"/>
          <w:color w:val="5D7284"/>
          <w:sz w:val="22"/>
        </w:rPr>
        <w:t>10:33</w:t>
      </w:r>
    </w:p>
    <w:p>
      <w:pPr>
        <w:spacing w:after="0"/>
      </w:pPr>
      <w:r>
        <w:rPr>
          <w:rFonts w:ascii="Arial" w:hAnsi="Arial"/>
          <w:sz w:val="22"/>
        </w:rPr>
        <w:t>by discussing all these different areas of concern, or as I mentioned, called elements, we establish the goals and the objectives. The direction that we want to have for the whole county and for every area of concern. Transportation we're going to have is going to have a certain number of goals and objectives. We want a light rail from White Salmon to travel Lake, okay, that's what you want. Okay, that's that's my goal. We want a brand new airport right right outside of golden Dale. Okay, that's what everybody says. Then that's that will become part of the goal anyway, so and then under the objectives will be modified zoning around the light rail to help out development. I'm giving you something impossible right now, just to sound funny, also a little bit, but just to give you an idea. So that's what we'll be doing today. As as I mentioned, there are seven areas of concern within the existing comprehension plan, and we are following them because they make sense. Pretty much they reflect what the state requires, or what most comprehension plans require in terms of breaking down the comprehensive plan in different areas of concern or different elements. So if you think something is missing from here, and yeah, there may be a couple missing from here, then we have number eight there. I forgot to mention number eight. We have seven areas of concern. Every table represents one area of concern. And then we hit the road. Table there number eight. And then you can write, you know, something that's outside this area of concern is missing here. You guys need to pay more attention to this. Currently, as a staff, the Comprehensive Plan has 26 goals and 106 policies underneath. So what are goals and policies? Basically, are general instructions, General Instructions developed with community input to guide development. Example, goal, strengthen and diversify. Click, that count as economic space and promote employment. That's the goal. That's a more general policy. Underneath the goal says, click it up. County should encourage the development of well planned industrial parks. That's in the existing companies plan, actually, please encourage. That word encourage is, is just garbage.</w:t>
      </w:r>
    </w:p>
    <w:p>
      <w:pPr>
        <w:spacing w:after="0"/>
      </w:pPr>
    </w:p>
    <w:p>
      <w:pPr>
        <w:spacing w:after="0"/>
      </w:pPr>
      <w:r>
        <w:rPr>
          <w:rFonts w:ascii="Arial" w:hAnsi="Arial"/>
          <w:color w:val="5D7284"/>
          <w:sz w:val="22"/>
        </w:rPr>
        <w:t>13:22</w:t>
      </w:r>
    </w:p>
    <w:p>
      <w:pPr>
        <w:spacing w:after="0"/>
      </w:pPr>
      <w:r>
        <w:rPr>
          <w:rFonts w:ascii="Arial" w:hAnsi="Arial"/>
          <w:sz w:val="22"/>
        </w:rPr>
        <w:t>Politely, it's behind</w:t>
      </w:r>
    </w:p>
    <w:p>
      <w:pPr>
        <w:spacing w:after="0"/>
      </w:pPr>
    </w:p>
    <w:p>
      <w:pPr>
        <w:spacing w:after="0"/>
      </w:pPr>
      <w:r>
        <w:rPr>
          <w:rFonts w:ascii="Arial" w:hAnsi="Arial"/>
          <w:b/>
          <w:sz w:val="22"/>
        </w:rPr>
        <w:t xml:space="preserve">Speaker 1  </w:t>
      </w:r>
      <w:r>
        <w:rPr>
          <w:rFonts w:ascii="Arial" w:hAnsi="Arial"/>
          <w:color w:val="5D7284"/>
          <w:sz w:val="22"/>
        </w:rPr>
        <w:t>13:26</w:t>
      </w:r>
    </w:p>
    <w:p>
      <w:pPr>
        <w:spacing w:after="0"/>
      </w:pPr>
      <w:r>
        <w:rPr>
          <w:rFonts w:ascii="Arial" w:hAnsi="Arial"/>
          <w:sz w:val="22"/>
        </w:rPr>
        <w:t>encouraging exactly it's not supposed to have teeth because we're at the general level over here. Now policy objectives can have directions underneath, like strategies and implementation that will say exactly how to encourage them. See what I'm saying, but we are at the very general level right now. So you're right. It doesn't have any teeth, but it's not supposed to have any teeth at this level. It's it's a general idea how. And your question basically will be, how are we going to encourage them? Well, yes, we will break it down even more to try to encourage it with with different with with different policies, with different implementation strategies. Okay, is that included in the Comprehensive Plan eventually? Yes, the implementation strategies. That's another chapter right now. It does have an implementation chapter, but it's very, very poor. You conduct? Yes, comprehensive</w:t>
      </w:r>
    </w:p>
    <w:p>
      <w:pPr>
        <w:spacing w:after="0"/>
      </w:pPr>
    </w:p>
    <w:p>
      <w:pPr>
        <w:spacing w:after="0"/>
      </w:pPr>
      <w:r>
        <w:rPr>
          <w:rFonts w:ascii="Arial" w:hAnsi="Arial"/>
          <w:b/>
          <w:sz w:val="22"/>
        </w:rPr>
        <w:t xml:space="preserve">Speaker 2  </w:t>
      </w:r>
      <w:r>
        <w:rPr>
          <w:rFonts w:ascii="Arial" w:hAnsi="Arial"/>
          <w:color w:val="5D7284"/>
          <w:sz w:val="22"/>
        </w:rPr>
        <w:t>14:29</w:t>
      </w:r>
    </w:p>
    <w:p>
      <w:pPr>
        <w:spacing w:after="0"/>
      </w:pPr>
      <w:r>
        <w:rPr>
          <w:rFonts w:ascii="Arial" w:hAnsi="Arial"/>
          <w:sz w:val="22"/>
        </w:rPr>
        <w:t>plan is going to work with or feed off their regional transportation</w:t>
      </w:r>
    </w:p>
    <w:p>
      <w:pPr>
        <w:spacing w:after="0"/>
      </w:pPr>
    </w:p>
    <w:p>
      <w:pPr>
        <w:spacing w:after="0"/>
      </w:pPr>
      <w:r>
        <w:rPr>
          <w:rFonts w:ascii="Arial" w:hAnsi="Arial"/>
          <w:b/>
          <w:sz w:val="22"/>
        </w:rPr>
        <w:t xml:space="preserve">Speaker 1  </w:t>
      </w:r>
      <w:r>
        <w:rPr>
          <w:rFonts w:ascii="Arial" w:hAnsi="Arial"/>
          <w:color w:val="5D7284"/>
          <w:sz w:val="22"/>
        </w:rPr>
        <w:t>14:33</w:t>
      </w:r>
    </w:p>
    <w:p>
      <w:pPr>
        <w:spacing w:after="0"/>
      </w:pPr>
      <w:r>
        <w:rPr>
          <w:rFonts w:ascii="Arial" w:hAnsi="Arial"/>
          <w:sz w:val="22"/>
        </w:rPr>
        <w:t>plan, excellent question. It has to. We have to take it into consideration, both engineering and planning, and we'll see where it fits and how it's parallel, and your ideas will have to fit in there. So each table represented there represents an area of concern, there's a list of goals. Under that area of concern, a list of findings, findings, a large notepad, markers and red and green dots. So what's your task? Take a look at the area of concern on your table. Become acquainted with a list of goals under that area of concern. You can read them. Become acquainted with the list of findings that led to those goals, and then amend or disapprove a goal. Indicate on the notepad, comment on existing goals and say what the county should focus on. Example, on the economy notepad, right industry in your comment, propose new goals, new ideas, new issues, new concerns, or the talk on the direction of the county should take under each goal, right again, on the large COVID pants, for example, under area three economy, you can Write, we need a visitors center in our preserved lands. Or for industry, create more opportunities for manufacturing jobs. For tourism, again, attract more visitors to East colicdar County. I don't know if they want that, but you know, just an example, tourist parking is dangerous along the Columbia River. I've heard of that, so I put it down. Then advertise the county. People are not aware of the beauty of plugged up county if you want more people to come. Examples, okay? Good luck. It's not moving forward. There you go. So, oh, what? Another one. We don't have enough paved roads. We need a light rail to connect wet sandwich properly. I keep using that. Okay, the county needs to pave more roads. There's too much dust. Too many traffic accidents with deer. Not enough sidewalks in our communities. Okay? So continues switch tables to write comments on each area of concern once we all had a chance to write a comment, go around and place dots to comments. You like green, if you liked it, red, if you didn't. At the end, we will discuss, and we'll adjourn. However, don't leave. We forgot something this table number eight, I've already mentioned it, what we call the road table. Here, you write, if you feel an area of concern is not already addressed. Write comments, issues, directions on this new area of concern once again, comment, and then go around and put Gods the comments you liked next. After all this is done, we will discuss. I will adjourn, however, we have a slight modification notice. So instead of writing and putting dots at the same time, we'll spend about an hour writing down and then how much we say an hour 45 minutes writing down comments, about an</w:t>
      </w:r>
    </w:p>
    <w:p>
      <w:pPr>
        <w:spacing w:after="0"/>
      </w:pPr>
    </w:p>
    <w:p>
      <w:pPr>
        <w:spacing w:after="0"/>
      </w:pPr>
      <w:r>
        <w:rPr>
          <w:rFonts w:ascii="Arial" w:hAnsi="Arial"/>
          <w:b/>
          <w:sz w:val="22"/>
        </w:rPr>
        <w:t xml:space="preserve">Speaker 3  </w:t>
      </w:r>
      <w:r>
        <w:rPr>
          <w:rFonts w:ascii="Arial" w:hAnsi="Arial"/>
          <w:color w:val="5D7284"/>
          <w:sz w:val="22"/>
        </w:rPr>
        <w:t>18:15</w:t>
      </w:r>
    </w:p>
    <w:p>
      <w:pPr>
        <w:spacing w:after="0"/>
      </w:pPr>
      <w:r>
        <w:rPr>
          <w:rFonts w:ascii="Arial" w:hAnsi="Arial"/>
          <w:sz w:val="22"/>
        </w:rPr>
        <w:t>hour and a half, we'll kind of see how the comments wind down. When the writing starts. Okay, just give it a final time, and then we'll come back and back and</w:t>
      </w:r>
    </w:p>
    <w:p>
      <w:pPr>
        <w:spacing w:after="0"/>
      </w:pPr>
    </w:p>
    <w:p>
      <w:pPr>
        <w:spacing w:after="0"/>
      </w:pPr>
      <w:r>
        <w:rPr>
          <w:rFonts w:ascii="Arial" w:hAnsi="Arial"/>
          <w:b/>
          <w:sz w:val="22"/>
        </w:rPr>
        <w:t xml:space="preserve">Speaker 1  </w:t>
      </w:r>
      <w:r>
        <w:rPr>
          <w:rFonts w:ascii="Arial" w:hAnsi="Arial"/>
          <w:color w:val="5D7284"/>
          <w:sz w:val="22"/>
        </w:rPr>
        <w:t>18:24</w:t>
      </w:r>
    </w:p>
    <w:p>
      <w:pPr>
        <w:spacing w:after="0"/>
      </w:pPr>
      <w:r>
        <w:rPr>
          <w:rFonts w:ascii="Arial" w:hAnsi="Arial"/>
          <w:sz w:val="22"/>
        </w:rPr>
        <w:t>then, okay, so don't start putting dots yet, because we had some complaints last time, last time that the comments at the very end of the other of the notepads, people didn't have a chance to look at them and put dots on them. So that's all. We're breaking it down a little bit. So write down your ideas, and then we'll go with it. Dotting exit signs, where are the knots? So the knots will</w:t>
      </w:r>
    </w:p>
    <w:p>
      <w:pPr>
        <w:spacing w:after="0"/>
      </w:pPr>
    </w:p>
    <w:p>
      <w:pPr>
        <w:spacing w:after="0"/>
      </w:pPr>
      <w:r>
        <w:rPr>
          <w:rFonts w:ascii="Arial" w:hAnsi="Arial"/>
          <w:color w:val="5D7284"/>
          <w:sz w:val="22"/>
        </w:rPr>
        <w:t>18:55</w:t>
      </w:r>
    </w:p>
    <w:p>
      <w:pPr>
        <w:spacing w:after="0"/>
      </w:pPr>
      <w:r>
        <w:rPr>
          <w:rFonts w:ascii="Arial" w:hAnsi="Arial"/>
          <w:sz w:val="22"/>
        </w:rPr>
        <w:t>be put on the table.</w:t>
      </w:r>
    </w:p>
    <w:p>
      <w:pPr>
        <w:spacing w:after="0"/>
      </w:pPr>
    </w:p>
    <w:p>
      <w:pPr>
        <w:spacing w:after="0"/>
      </w:pPr>
      <w:r>
        <w:rPr>
          <w:rFonts w:ascii="Arial" w:hAnsi="Arial"/>
          <w:b/>
          <w:sz w:val="22"/>
        </w:rPr>
        <w:t xml:space="preserve">Speaker 4  </w:t>
      </w:r>
      <w:r>
        <w:rPr>
          <w:rFonts w:ascii="Arial" w:hAnsi="Arial"/>
          <w:color w:val="5D7284"/>
          <w:sz w:val="22"/>
        </w:rPr>
        <w:t>19:02</w:t>
      </w:r>
    </w:p>
    <w:p>
      <w:pPr>
        <w:spacing w:after="0"/>
      </w:pPr>
      <w:r>
        <w:rPr>
          <w:rFonts w:ascii="Arial" w:hAnsi="Arial"/>
          <w:sz w:val="22"/>
        </w:rPr>
        <w:t>I of concern. There's a government 17 that has the goals under this area's</w:t>
      </w:r>
    </w:p>
    <w:p>
      <w:pPr>
        <w:spacing w:after="0"/>
      </w:pPr>
    </w:p>
    <w:p>
      <w:pPr>
        <w:spacing w:after="0"/>
      </w:pPr>
      <w:r>
        <w:rPr>
          <w:rFonts w:ascii="Arial" w:hAnsi="Arial"/>
          <w:color w:val="5D7284"/>
          <w:sz w:val="22"/>
        </w:rPr>
        <w:t>19:09</w:t>
      </w:r>
    </w:p>
    <w:p>
      <w:pPr>
        <w:spacing w:after="0"/>
      </w:pPr>
      <w:r>
        <w:rPr>
          <w:rFonts w:ascii="Arial" w:hAnsi="Arial"/>
          <w:sz w:val="22"/>
        </w:rPr>
        <w:t>concern. And the other amendment, one, the eight and</w:t>
      </w:r>
    </w:p>
    <w:p>
      <w:pPr>
        <w:spacing w:after="0"/>
      </w:pPr>
    </w:p>
    <w:p>
      <w:pPr>
        <w:spacing w:after="0"/>
      </w:pPr>
      <w:r>
        <w:rPr>
          <w:rFonts w:ascii="Arial" w:hAnsi="Arial"/>
          <w:b/>
          <w:sz w:val="22"/>
        </w:rPr>
        <w:t xml:space="preserve">Speaker 4  </w:t>
      </w:r>
      <w:r>
        <w:rPr>
          <w:rFonts w:ascii="Arial" w:hAnsi="Arial"/>
          <w:color w:val="5D7284"/>
          <w:sz w:val="22"/>
        </w:rPr>
        <w:t>19:13</w:t>
      </w:r>
    </w:p>
    <w:p>
      <w:pPr>
        <w:spacing w:after="0"/>
      </w:pPr>
      <w:r>
        <w:rPr>
          <w:rFonts w:ascii="Arial" w:hAnsi="Arial"/>
          <w:sz w:val="22"/>
        </w:rPr>
        <w:t>a half by 11, is the findings that led to the schools</w:t>
      </w:r>
    </w:p>
    <w:p>
      <w:pPr>
        <w:spacing w:after="0"/>
      </w:pPr>
    </w:p>
    <w:p>
      <w:pPr>
        <w:spacing w:after="0"/>
      </w:pPr>
      <w:r>
        <w:rPr>
          <w:rFonts w:ascii="Arial" w:hAnsi="Arial"/>
          <w:b/>
          <w:sz w:val="22"/>
        </w:rPr>
        <w:t xml:space="preserve">Speaker 5  </w:t>
      </w:r>
      <w:r>
        <w:rPr>
          <w:rFonts w:ascii="Arial" w:hAnsi="Arial"/>
          <w:color w:val="5D7284"/>
          <w:sz w:val="22"/>
        </w:rPr>
        <w:t>19:18</w:t>
      </w:r>
    </w:p>
    <w:p>
      <w:pPr>
        <w:spacing w:after="0"/>
      </w:pPr>
      <w:r>
        <w:rPr>
          <w:rFonts w:ascii="Arial" w:hAnsi="Arial"/>
          <w:sz w:val="22"/>
        </w:rPr>
        <w:t>year. One won't treat those that's what's existing. And then there's no wrong answer for there is no wrong answer for anyone. It will be our job later on to if you do put something under one and it needs to go somewhere else, we will put it there later on. That is our but everyone has an opportunity to put down their comments. This is not so very after everyone writes down, then we'll put the well, remove the markers and the dots down, and then you'll have time to go around with the dots.</w:t>
      </w:r>
    </w:p>
    <w:p>
      <w:pPr>
        <w:spacing w:after="0"/>
      </w:pPr>
    </w:p>
    <w:p>
      <w:pPr>
        <w:spacing w:after="0"/>
      </w:pPr>
      <w:r>
        <w:rPr>
          <w:rFonts w:ascii="Arial" w:hAnsi="Arial"/>
          <w:b/>
          <w:sz w:val="22"/>
        </w:rPr>
        <w:t xml:space="preserve">Speaker 6  </w:t>
      </w:r>
      <w:r>
        <w:rPr>
          <w:rFonts w:ascii="Arial" w:hAnsi="Arial"/>
          <w:color w:val="5D7284"/>
          <w:sz w:val="22"/>
        </w:rPr>
        <w:t>19:48</w:t>
      </w:r>
    </w:p>
    <w:p>
      <w:pPr>
        <w:spacing w:after="0"/>
      </w:pPr>
      <w:r>
        <w:rPr>
          <w:rFonts w:ascii="Arial" w:hAnsi="Arial"/>
          <w:sz w:val="22"/>
        </w:rPr>
        <w:t>Oh, over here, our place card says government, and our flip chart says economy.</w:t>
      </w:r>
    </w:p>
    <w:p>
      <w:pPr>
        <w:spacing w:after="0"/>
      </w:pPr>
    </w:p>
    <w:p>
      <w:pPr>
        <w:spacing w:after="0"/>
      </w:pPr>
      <w:r>
        <w:rPr>
          <w:rFonts w:ascii="Arial" w:hAnsi="Arial"/>
          <w:b/>
          <w:sz w:val="22"/>
        </w:rPr>
        <w:t xml:space="preserve">Speaker 5  </w:t>
      </w:r>
      <w:r>
        <w:rPr>
          <w:rFonts w:ascii="Arial" w:hAnsi="Arial"/>
          <w:color w:val="5D7284"/>
          <w:sz w:val="22"/>
        </w:rPr>
        <w:t>19:56</w:t>
      </w:r>
    </w:p>
    <w:p>
      <w:pPr>
        <w:spacing w:after="0"/>
      </w:pPr>
      <w:r>
        <w:rPr>
          <w:rFonts w:ascii="Arial" w:hAnsi="Arial"/>
          <w:sz w:val="22"/>
        </w:rPr>
        <w:t>That got backwards. Then I'll hit you. There should be another one there. Yeah.</w:t>
      </w:r>
    </w:p>
    <w:p>
      <w:pPr>
        <w:spacing w:after="0"/>
      </w:pPr>
    </w:p>
    <w:p>
      <w:pPr>
        <w:spacing w:after="0"/>
      </w:pPr>
      <w:r>
        <w:rPr>
          <w:rFonts w:ascii="Arial" w:hAnsi="Arial"/>
          <w:b/>
          <w:sz w:val="22"/>
        </w:rPr>
        <w:t xml:space="preserve">Speaker 3  </w:t>
      </w:r>
      <w:r>
        <w:rPr>
          <w:rFonts w:ascii="Arial" w:hAnsi="Arial"/>
          <w:color w:val="5D7284"/>
          <w:sz w:val="22"/>
        </w:rPr>
        <w:t>20:07</w:t>
      </w:r>
    </w:p>
    <w:p>
      <w:pPr>
        <w:spacing w:after="0"/>
      </w:pPr>
      <w:r>
        <w:rPr>
          <w:rFonts w:ascii="Arial" w:hAnsi="Arial"/>
          <w:sz w:val="22"/>
        </w:rPr>
        <w:t>You one other comment on the dots, because the number of people here, I'd encourage you, everyone you like, put dots on the ones that you really focus on that are important to you. I also wanted to say my name is Scott Hale. She's our plan as well. And I think the biggest thing to me is I can't believe we're here. Thank you for coming out. This shows us how much you care. You know, with Goldendale, I thought we'd have 1516, and more than double that. I thought we'd have 3040, here we more than double that. So thank you. And what this tells us also is this is something we can more of throughout this process. It's important that this, you know, this is very introductory. This will not be the last chance, especially because what we see here, so this is just getting the initial ideas down. Go back to the planning commission. We'll assemble this, have discussion with them, and we'll be coming back out for future rounds of this. So thank you very much. And there's a question back, do we have</w:t>
      </w:r>
    </w:p>
    <w:p>
      <w:pPr>
        <w:spacing w:after="0"/>
      </w:pPr>
    </w:p>
    <w:p>
      <w:pPr>
        <w:spacing w:after="0"/>
      </w:pPr>
      <w:r>
        <w:rPr>
          <w:rFonts w:ascii="Arial" w:hAnsi="Arial"/>
          <w:b/>
          <w:sz w:val="22"/>
        </w:rPr>
        <w:t xml:space="preserve">Speaker 4  </w:t>
      </w:r>
      <w:r>
        <w:rPr>
          <w:rFonts w:ascii="Arial" w:hAnsi="Arial"/>
          <w:color w:val="5D7284"/>
          <w:sz w:val="22"/>
        </w:rPr>
        <w:t>21:14</w:t>
      </w:r>
    </w:p>
    <w:p>
      <w:pPr>
        <w:spacing w:after="0"/>
      </w:pPr>
      <w:r>
        <w:rPr>
          <w:rFonts w:ascii="Arial" w:hAnsi="Arial"/>
          <w:sz w:val="22"/>
        </w:rPr>
        <w:t>the opportunity to go on to your website, and if you don't have a chance to put our comments down tonight, it's gonna be very difficult for everyone to have that great question,</w:t>
      </w:r>
    </w:p>
    <w:p>
      <w:pPr>
        <w:spacing w:after="0"/>
      </w:pPr>
    </w:p>
    <w:p>
      <w:pPr>
        <w:spacing w:after="0"/>
      </w:pPr>
      <w:r>
        <w:rPr>
          <w:rFonts w:ascii="Arial" w:hAnsi="Arial"/>
          <w:color w:val="5D7284"/>
          <w:sz w:val="22"/>
        </w:rPr>
        <w:t>21:29</w:t>
      </w:r>
    </w:p>
    <w:p>
      <w:pPr>
        <w:spacing w:after="0"/>
      </w:pPr>
      <w:r>
        <w:rPr>
          <w:rFonts w:ascii="Arial" w:hAnsi="Arial"/>
          <w:sz w:val="22"/>
        </w:rPr>
        <w:t>so that we can then put</w:t>
      </w:r>
    </w:p>
    <w:p>
      <w:pPr>
        <w:spacing w:after="0"/>
      </w:pPr>
    </w:p>
    <w:p>
      <w:pPr>
        <w:spacing w:after="0"/>
      </w:pPr>
      <w:r>
        <w:rPr>
          <w:rFonts w:ascii="Arial" w:hAnsi="Arial"/>
          <w:color w:val="5D7284"/>
          <w:sz w:val="22"/>
        </w:rPr>
        <w:t>21:31</w:t>
      </w:r>
    </w:p>
    <w:p>
      <w:pPr>
        <w:spacing w:after="0"/>
      </w:pPr>
      <w:r>
        <w:rPr>
          <w:rFonts w:ascii="Arial" w:hAnsi="Arial"/>
          <w:sz w:val="22"/>
        </w:rPr>
        <w:t>in our public comment that</w:t>
      </w:r>
    </w:p>
    <w:p>
      <w:pPr>
        <w:spacing w:after="0"/>
      </w:pPr>
    </w:p>
    <w:p>
      <w:pPr>
        <w:spacing w:after="0"/>
      </w:pPr>
      <w:r>
        <w:rPr>
          <w:rFonts w:ascii="Arial" w:hAnsi="Arial"/>
          <w:b/>
          <w:sz w:val="22"/>
        </w:rPr>
        <w:t xml:space="preserve">Speaker 3  </w:t>
      </w:r>
      <w:r>
        <w:rPr>
          <w:rFonts w:ascii="Arial" w:hAnsi="Arial"/>
          <w:color w:val="5D7284"/>
          <w:sz w:val="22"/>
        </w:rPr>
        <w:t>21:32</w:t>
      </w:r>
    </w:p>
    <w:p>
      <w:pPr>
        <w:spacing w:after="0"/>
      </w:pPr>
      <w:r>
        <w:rPr>
          <w:rFonts w:ascii="Arial" w:hAnsi="Arial"/>
          <w:sz w:val="22"/>
        </w:rPr>
        <w:t>is a great question, and that's actually come from other people who can look at these meetings, Night, night jobs or something like that, or family obligations. So we're gonna be working on that, try to find the to find a way. So if you could, we have our we're making a very massive email list. We'll send the email list out to you once we have figured that out, because we do want to find another way. So if you're not able to get your comments, we want to make sure you'll get those students. Yes, can you show what all like</w:t>
      </w:r>
    </w:p>
    <w:p>
      <w:pPr>
        <w:spacing w:after="0"/>
      </w:pPr>
    </w:p>
    <w:p>
      <w:pPr>
        <w:spacing w:after="0"/>
      </w:pPr>
      <w:r>
        <w:rPr>
          <w:rFonts w:ascii="Arial" w:hAnsi="Arial"/>
          <w:color w:val="5D7284"/>
          <w:sz w:val="22"/>
        </w:rPr>
        <w:t>22:05</w:t>
      </w:r>
    </w:p>
    <w:p>
      <w:pPr>
        <w:spacing w:after="0"/>
      </w:pPr>
      <w:r>
        <w:rPr>
          <w:rFonts w:ascii="Arial" w:hAnsi="Arial"/>
          <w:sz w:val="22"/>
        </w:rPr>
        <w:t>categories are, again, on the</w:t>
      </w:r>
    </w:p>
    <w:p>
      <w:pPr>
        <w:spacing w:after="0"/>
      </w:pPr>
    </w:p>
    <w:p>
      <w:pPr>
        <w:spacing w:after="0"/>
      </w:pPr>
      <w:r>
        <w:rPr>
          <w:rFonts w:ascii="Arial" w:hAnsi="Arial"/>
          <w:b/>
          <w:sz w:val="22"/>
        </w:rPr>
        <w:t xml:space="preserve">Speaker 6  </w:t>
      </w:r>
      <w:r>
        <w:rPr>
          <w:rFonts w:ascii="Arial" w:hAnsi="Arial"/>
          <w:color w:val="5D7284"/>
          <w:sz w:val="22"/>
        </w:rPr>
        <w:t>22:10</w:t>
      </w:r>
    </w:p>
    <w:p>
      <w:pPr>
        <w:spacing w:after="0"/>
      </w:pPr>
      <w:r>
        <w:rPr>
          <w:rFonts w:ascii="Arial" w:hAnsi="Arial"/>
          <w:sz w:val="22"/>
        </w:rPr>
        <w:t>slide on front, just so we have an idea of like, what's missing,</w:t>
      </w:r>
    </w:p>
    <w:p>
      <w:pPr>
        <w:spacing w:after="0"/>
      </w:pPr>
    </w:p>
    <w:p>
      <w:pPr>
        <w:spacing w:after="0"/>
      </w:pPr>
      <w:r>
        <w:rPr>
          <w:rFonts w:ascii="Arial" w:hAnsi="Arial"/>
          <w:b/>
          <w:sz w:val="22"/>
        </w:rPr>
        <w:t xml:space="preserve">Speaker 3  </w:t>
      </w:r>
      <w:r>
        <w:rPr>
          <w:rFonts w:ascii="Arial" w:hAnsi="Arial"/>
          <w:color w:val="5D7284"/>
          <w:sz w:val="22"/>
        </w:rPr>
        <w:t>22:13</w:t>
      </w:r>
    </w:p>
    <w:p>
      <w:pPr>
        <w:spacing w:after="0"/>
      </w:pPr>
      <w:r>
        <w:rPr>
          <w:rFonts w:ascii="Arial" w:hAnsi="Arial"/>
          <w:sz w:val="22"/>
        </w:rPr>
        <w:t>areas, economy, natural. So they have the elements that they're still missing. Great. And also, while you're waiting to be able to write your comments, if you haven't signed in, we appreciate you sign in this hour again our email list so that we can contact people in the future for future opportunities if you didn't do the dot exercise, we have little red dots to mark on the map where you do the talk. Have to find the difference</w:t>
      </w:r>
    </w:p>
    <w:p>
      <w:pPr>
        <w:spacing w:after="0"/>
      </w:pPr>
    </w:p>
    <w:p>
      <w:pPr>
        <w:spacing w:after="0"/>
      </w:pPr>
      <w:r>
        <w:rPr>
          <w:rFonts w:ascii="Arial" w:hAnsi="Arial"/>
          <w:color w:val="5D7284"/>
          <w:sz w:val="22"/>
        </w:rPr>
        <w:t>22:45</w:t>
      </w:r>
    </w:p>
    <w:p>
      <w:pPr>
        <w:spacing w:after="0"/>
      </w:pPr>
      <w:r>
        <w:rPr>
          <w:rFonts w:ascii="Arial" w:hAnsi="Arial"/>
          <w:sz w:val="22"/>
        </w:rPr>
        <w:t>between Environment and Natural</w:t>
      </w:r>
    </w:p>
    <w:p>
      <w:pPr>
        <w:spacing w:after="0"/>
      </w:pPr>
    </w:p>
    <w:p>
      <w:pPr>
        <w:spacing w:after="0"/>
      </w:pPr>
      <w:r>
        <w:rPr>
          <w:rFonts w:ascii="Arial" w:hAnsi="Arial"/>
          <w:b/>
          <w:sz w:val="22"/>
        </w:rPr>
        <w:t xml:space="preserve">Speaker 3  </w:t>
      </w:r>
      <w:r>
        <w:rPr>
          <w:rFonts w:ascii="Arial" w:hAnsi="Arial"/>
          <w:color w:val="5D7284"/>
          <w:sz w:val="22"/>
        </w:rPr>
        <w:t>22:49</w:t>
      </w:r>
    </w:p>
    <w:p>
      <w:pPr>
        <w:spacing w:after="0"/>
      </w:pPr>
      <w:r>
        <w:rPr>
          <w:rFonts w:ascii="Arial" w:hAnsi="Arial"/>
          <w:sz w:val="22"/>
        </w:rPr>
        <w:t>Resources. That's a good question, because there's so much overlap. Environment tends to be more of environmental protection. If you look on if you look on the table, there's actually subcategories of the environment and and natural resources. That helps natural resources tend to be more farming and forest. Environment is tends to be more protection of rivers. I put that in the environment. If you look at the sheets on the table, the subcategories help define that, and I apologize for how we want to</w:t>
      </w:r>
    </w:p>
    <w:p>
      <w:pPr>
        <w:spacing w:after="0"/>
      </w:pPr>
    </w:p>
    <w:p>
      <w:pPr>
        <w:spacing w:after="0"/>
      </w:pPr>
      <w:r>
        <w:rPr>
          <w:rFonts w:ascii="Arial" w:hAnsi="Arial"/>
          <w:color w:val="5D7284"/>
          <w:sz w:val="22"/>
        </w:rPr>
        <w:t>23:32</w:t>
      </w:r>
    </w:p>
    <w:p>
      <w:pPr>
        <w:spacing w:after="0"/>
      </w:pPr>
      <w:r>
        <w:rPr>
          <w:rFonts w:ascii="Arial" w:hAnsi="Arial"/>
          <w:sz w:val="22"/>
        </w:rPr>
        <w:t>start my</w:t>
      </w:r>
    </w:p>
    <w:p>
      <w:pPr>
        <w:spacing w:after="0"/>
      </w:pPr>
    </w:p>
    <w:p>
      <w:pPr>
        <w:spacing w:after="0"/>
      </w:pPr>
      <w:r>
        <w:rPr>
          <w:rFonts w:ascii="Arial" w:hAnsi="Arial"/>
          <w:b/>
          <w:sz w:val="22"/>
        </w:rPr>
        <w:t xml:space="preserve">Speaker 5  </w:t>
      </w:r>
      <w:r>
        <w:rPr>
          <w:rFonts w:ascii="Arial" w:hAnsi="Arial"/>
          <w:color w:val="5D7284"/>
          <w:sz w:val="22"/>
        </w:rPr>
        <w:t>23:42</w:t>
      </w:r>
    </w:p>
    <w:p>
      <w:pPr>
        <w:spacing w:after="0"/>
      </w:pPr>
      <w:r>
        <w:rPr>
          <w:rFonts w:ascii="Arial" w:hAnsi="Arial"/>
          <w:sz w:val="22"/>
        </w:rPr>
        <w:t>environment. Align value of housing with taxable limits in consideration of retirees, retirees with fixed incomes or hardships. That's the first one. Do I keep going, Yes, okay. The other one says capping short term rentals, limiting investment properties. And then the top one says, wells and water table. So concerns about wells water table managing a limited stress resource. This one says, create incentives for implementing fire safety measures. And</w:t>
      </w:r>
    </w:p>
    <w:p>
      <w:pPr>
        <w:spacing w:after="0"/>
      </w:pPr>
    </w:p>
    <w:p>
      <w:pPr>
        <w:spacing w:after="0"/>
      </w:pPr>
      <w:r>
        <w:rPr>
          <w:rFonts w:ascii="Arial" w:hAnsi="Arial"/>
          <w:color w:val="5D7284"/>
          <w:sz w:val="22"/>
        </w:rPr>
        <w:t>24:19</w:t>
      </w:r>
    </w:p>
    <w:p>
      <w:pPr>
        <w:spacing w:after="0"/>
      </w:pPr>
      <w:r>
        <w:rPr>
          <w:rFonts w:ascii="Arial" w:hAnsi="Arial"/>
          <w:sz w:val="22"/>
        </w:rPr>
        <w:t>which one has the most read on.</w:t>
      </w:r>
    </w:p>
    <w:p>
      <w:pPr>
        <w:spacing w:after="0"/>
      </w:pPr>
    </w:p>
    <w:p>
      <w:pPr>
        <w:spacing w:after="0"/>
      </w:pPr>
      <w:r>
        <w:rPr>
          <w:rFonts w:ascii="Arial" w:hAnsi="Arial"/>
          <w:b/>
          <w:sz w:val="22"/>
        </w:rPr>
        <w:t xml:space="preserve">Speaker 5  </w:t>
      </w:r>
      <w:r>
        <w:rPr>
          <w:rFonts w:ascii="Arial" w:hAnsi="Arial"/>
          <w:color w:val="5D7284"/>
          <w:sz w:val="22"/>
        </w:rPr>
        <w:t>24:23</w:t>
      </w:r>
    </w:p>
    <w:p>
      <w:pPr>
        <w:spacing w:after="0"/>
      </w:pPr>
      <w:r>
        <w:rPr>
          <w:rFonts w:ascii="Arial" w:hAnsi="Arial"/>
          <w:sz w:val="22"/>
        </w:rPr>
        <w:t>Says, When I buy a house with a view and it is priced as a house with a view, I would appreciate that my view is protected so I can sell a house with a view, plus, I love my view related</w:t>
      </w:r>
    </w:p>
    <w:p>
      <w:pPr>
        <w:spacing w:after="0"/>
      </w:pPr>
    </w:p>
    <w:p>
      <w:pPr>
        <w:spacing w:after="0"/>
      </w:pPr>
      <w:r>
        <w:rPr>
          <w:rFonts w:ascii="Arial" w:hAnsi="Arial"/>
          <w:color w:val="5D7284"/>
          <w:sz w:val="22"/>
        </w:rPr>
        <w:t>24:37</w:t>
      </w:r>
    </w:p>
    <w:p>
      <w:pPr>
        <w:spacing w:after="0"/>
      </w:pPr>
      <w:r>
        <w:rPr>
          <w:rFonts w:ascii="Arial" w:hAnsi="Arial"/>
          <w:sz w:val="22"/>
        </w:rPr>
        <w:t>problem. All</w:t>
      </w:r>
    </w:p>
    <w:p>
      <w:pPr>
        <w:spacing w:after="0"/>
      </w:pPr>
    </w:p>
    <w:p>
      <w:pPr>
        <w:spacing w:after="0"/>
      </w:pPr>
      <w:r>
        <w:rPr>
          <w:rFonts w:ascii="Arial" w:hAnsi="Arial"/>
          <w:b/>
          <w:sz w:val="22"/>
        </w:rPr>
        <w:t xml:space="preserve">Speaker 1  </w:t>
      </w:r>
      <w:r>
        <w:rPr>
          <w:rFonts w:ascii="Arial" w:hAnsi="Arial"/>
          <w:color w:val="5D7284"/>
          <w:sz w:val="22"/>
        </w:rPr>
        <w:t>24:42</w:t>
      </w:r>
    </w:p>
    <w:p>
      <w:pPr>
        <w:spacing w:after="0"/>
      </w:pPr>
      <w:r>
        <w:rPr>
          <w:rFonts w:ascii="Arial" w:hAnsi="Arial"/>
          <w:sz w:val="22"/>
        </w:rPr>
        <w:t>right, next thing, Campbell, alright next table. Who wants to go next</w:t>
      </w:r>
    </w:p>
    <w:p>
      <w:pPr>
        <w:spacing w:after="0"/>
      </w:pPr>
    </w:p>
    <w:p>
      <w:pPr>
        <w:spacing w:after="0"/>
      </w:pPr>
      <w:r>
        <w:rPr>
          <w:rFonts w:ascii="Arial" w:hAnsi="Arial"/>
          <w:b/>
          <w:sz w:val="22"/>
        </w:rPr>
        <w:t xml:space="preserve">Speaker 4  </w:t>
      </w:r>
      <w:r>
        <w:rPr>
          <w:rFonts w:ascii="Arial" w:hAnsi="Arial"/>
          <w:color w:val="5D7284"/>
          <w:sz w:val="22"/>
        </w:rPr>
        <w:t>24:57</w:t>
      </w:r>
    </w:p>
    <w:p>
      <w:pPr>
        <w:spacing w:after="0"/>
      </w:pPr>
      <w:r>
        <w:rPr>
          <w:rFonts w:ascii="Arial" w:hAnsi="Arial"/>
          <w:sz w:val="22"/>
        </w:rPr>
        <w:t>the highest one is shuttle to PDX. Which</w:t>
      </w:r>
    </w:p>
    <w:p>
      <w:pPr>
        <w:spacing w:after="0"/>
      </w:pPr>
    </w:p>
    <w:p>
      <w:pPr>
        <w:spacing w:after="0"/>
      </w:pPr>
      <w:r>
        <w:rPr>
          <w:rFonts w:ascii="Arial" w:hAnsi="Arial"/>
          <w:color w:val="5D7284"/>
          <w:sz w:val="22"/>
        </w:rPr>
        <w:t>25:18</w:t>
      </w:r>
    </w:p>
    <w:p>
      <w:pPr>
        <w:spacing w:after="0"/>
      </w:pPr>
      <w:r>
        <w:rPr>
          <w:rFonts w:ascii="Arial" w:hAnsi="Arial"/>
          <w:sz w:val="22"/>
        </w:rPr>
        <w:t>sidewalks please complete? The bridge. Oh, expand public transportation between more rural communities bus stops. Would you like what?</w:t>
      </w:r>
    </w:p>
    <w:p>
      <w:pPr>
        <w:spacing w:after="0"/>
      </w:pPr>
    </w:p>
    <w:p>
      <w:pPr>
        <w:spacing w:after="0"/>
      </w:pPr>
      <w:r>
        <w:rPr>
          <w:rFonts w:ascii="Arial" w:hAnsi="Arial"/>
          <w:color w:val="5D7284"/>
          <w:sz w:val="22"/>
        </w:rPr>
        <w:t>25:51</w:t>
      </w:r>
    </w:p>
    <w:p>
      <w:pPr>
        <w:spacing w:after="0"/>
      </w:pPr>
      <w:r>
        <w:rPr>
          <w:rFonts w:ascii="Arial" w:hAnsi="Arial"/>
          <w:sz w:val="22"/>
        </w:rPr>
        <w:t>Cool electric busses for school.</w:t>
      </w:r>
    </w:p>
    <w:p>
      <w:pPr>
        <w:spacing w:after="0"/>
      </w:pPr>
    </w:p>
    <w:p>
      <w:pPr>
        <w:spacing w:after="0"/>
      </w:pPr>
      <w:r>
        <w:rPr>
          <w:rFonts w:ascii="Arial" w:hAnsi="Arial"/>
          <w:b/>
          <w:sz w:val="22"/>
        </w:rPr>
        <w:t xml:space="preserve">Speaker 1  </w:t>
      </w:r>
      <w:r>
        <w:rPr>
          <w:rFonts w:ascii="Arial" w:hAnsi="Arial"/>
          <w:color w:val="5D7284"/>
          <w:sz w:val="22"/>
        </w:rPr>
        <w:t>26:07</w:t>
      </w:r>
    </w:p>
    <w:p>
      <w:pPr>
        <w:spacing w:after="0"/>
      </w:pPr>
      <w:r>
        <w:rPr>
          <w:rFonts w:ascii="Arial" w:hAnsi="Arial"/>
          <w:sz w:val="22"/>
        </w:rPr>
        <w:t>Alright, so we have, we just have transportation, but housing this way environment, so the</w:t>
      </w:r>
    </w:p>
    <w:p>
      <w:pPr>
        <w:spacing w:after="0"/>
      </w:pPr>
    </w:p>
    <w:p>
      <w:pPr>
        <w:spacing w:after="0"/>
      </w:pPr>
      <w:r>
        <w:rPr>
          <w:rFonts w:ascii="Arial" w:hAnsi="Arial"/>
          <w:b/>
          <w:sz w:val="22"/>
        </w:rPr>
        <w:t xml:space="preserve">Speaker 5  </w:t>
      </w:r>
      <w:r>
        <w:rPr>
          <w:rFonts w:ascii="Arial" w:hAnsi="Arial"/>
          <w:color w:val="5D7284"/>
          <w:sz w:val="22"/>
        </w:rPr>
        <w:t>26:18</w:t>
      </w:r>
    </w:p>
    <w:p>
      <w:pPr>
        <w:spacing w:after="0"/>
      </w:pPr>
      <w:r>
        <w:rPr>
          <w:rFonts w:ascii="Arial" w:hAnsi="Arial"/>
          <w:sz w:val="22"/>
        </w:rPr>
        <w:t>one with the most green dots is better and more services available to residences for wildfire preparedness, any trees, fire resilient, landscaping, recommendations and services. Then we have allowing residential use of gray water systems. This This got written a couple times, actually, well study and mapping to monitor water quality, quantity, presence of contaminants. And that kind of gets back to the housing. Oh, sustainable forestry practices. So far as thinning, managing undergrowth trimming, it's only going to get worse. Looks like a tie between better resource management to prevent wildfires. Um, aerial spraying for agriculture. This is on air quality, air aerial spraying for ag stronger controls and stronger enforcement, and then EV infrastructure got food. What</w:t>
      </w:r>
    </w:p>
    <w:p>
      <w:pPr>
        <w:spacing w:after="0"/>
      </w:pPr>
    </w:p>
    <w:p>
      <w:pPr>
        <w:spacing w:after="0"/>
      </w:pPr>
      <w:r>
        <w:rPr>
          <w:rFonts w:ascii="Arial" w:hAnsi="Arial"/>
          <w:color w:val="5D7284"/>
          <w:sz w:val="22"/>
        </w:rPr>
        <w:t>27:39</w:t>
      </w:r>
    </w:p>
    <w:p>
      <w:pPr>
        <w:spacing w:after="0"/>
      </w:pPr>
      <w:r>
        <w:rPr>
          <w:rFonts w:ascii="Arial" w:hAnsi="Arial"/>
          <w:sz w:val="22"/>
        </w:rPr>
        <w:t>do you guys, natural resources</w:t>
      </w:r>
    </w:p>
    <w:p>
      <w:pPr>
        <w:spacing w:after="0"/>
      </w:pPr>
    </w:p>
    <w:p>
      <w:pPr>
        <w:spacing w:after="0"/>
      </w:pPr>
      <w:r>
        <w:rPr>
          <w:rFonts w:ascii="Arial" w:hAnsi="Arial"/>
          <w:b/>
          <w:sz w:val="22"/>
        </w:rPr>
        <w:t xml:space="preserve">Speaker 7  </w:t>
      </w:r>
      <w:r>
        <w:rPr>
          <w:rFonts w:ascii="Arial" w:hAnsi="Arial"/>
          <w:color w:val="5D7284"/>
          <w:sz w:val="22"/>
        </w:rPr>
        <w:t>27:49</w:t>
      </w:r>
    </w:p>
    <w:p>
      <w:pPr>
        <w:spacing w:after="0"/>
      </w:pPr>
      <w:r>
        <w:rPr>
          <w:rFonts w:ascii="Arial" w:hAnsi="Arial"/>
          <w:sz w:val="22"/>
        </w:rPr>
        <w:t>looks like a couple here. One with the green is, do not allow spot development, slash, resource housing. Slash, enforced land. Protect our forest. Slash, Timberland, and another appears to be mitigate wildfire risk in terms of green, red, no water rights transferred out of county. On the red side, down side, open up federal forest to be managed long term farming.</w:t>
      </w:r>
    </w:p>
    <w:p>
      <w:pPr>
        <w:spacing w:after="0"/>
      </w:pPr>
    </w:p>
    <w:p>
      <w:pPr>
        <w:spacing w:after="0"/>
      </w:pPr>
      <w:r>
        <w:rPr>
          <w:rFonts w:ascii="Arial" w:hAnsi="Arial"/>
          <w:color w:val="5D7284"/>
          <w:sz w:val="22"/>
        </w:rPr>
        <w:t>28:29</w:t>
      </w:r>
    </w:p>
    <w:p>
      <w:pPr>
        <w:spacing w:after="0"/>
      </w:pPr>
      <w:r>
        <w:rPr>
          <w:rFonts w:ascii="Arial" w:hAnsi="Arial"/>
          <w:sz w:val="22"/>
        </w:rPr>
        <w:t>Okay? Well, there's several, okay, protect rivers from over development. Thanks.</w:t>
      </w:r>
    </w:p>
    <w:p>
      <w:pPr>
        <w:spacing w:after="0"/>
      </w:pPr>
    </w:p>
    <w:p>
      <w:pPr>
        <w:spacing w:after="0"/>
      </w:pPr>
      <w:r>
        <w:rPr>
          <w:rFonts w:ascii="Arial" w:hAnsi="Arial"/>
          <w:b/>
          <w:sz w:val="22"/>
        </w:rPr>
        <w:t xml:space="preserve">Speaker 1  </w:t>
      </w:r>
      <w:r>
        <w:rPr>
          <w:rFonts w:ascii="Arial" w:hAnsi="Arial"/>
          <w:color w:val="5D7284"/>
          <w:sz w:val="22"/>
        </w:rPr>
        <w:t>28:45</w:t>
      </w:r>
    </w:p>
    <w:p>
      <w:pPr>
        <w:spacing w:after="0"/>
      </w:pPr>
      <w:r>
        <w:rPr>
          <w:rFonts w:ascii="Arial" w:hAnsi="Arial"/>
          <w:sz w:val="22"/>
        </w:rPr>
        <w:t>Thank you so much. And how about the money table economy?</w:t>
      </w:r>
    </w:p>
    <w:p>
      <w:pPr>
        <w:spacing w:after="0"/>
      </w:pPr>
    </w:p>
    <w:p>
      <w:pPr>
        <w:spacing w:after="0"/>
      </w:pPr>
      <w:r>
        <w:rPr>
          <w:rFonts w:ascii="Arial" w:hAnsi="Arial"/>
          <w:b/>
          <w:sz w:val="22"/>
        </w:rPr>
        <w:t xml:space="preserve">Speaker 2  </w:t>
      </w:r>
      <w:r>
        <w:rPr>
          <w:rFonts w:ascii="Arial" w:hAnsi="Arial"/>
          <w:color w:val="5D7284"/>
          <w:sz w:val="22"/>
        </w:rPr>
        <w:t>28:53</w:t>
      </w:r>
    </w:p>
    <w:p>
      <w:pPr>
        <w:spacing w:after="0"/>
      </w:pPr>
      <w:r>
        <w:rPr>
          <w:rFonts w:ascii="Arial" w:hAnsi="Arial"/>
          <w:sz w:val="22"/>
        </w:rPr>
        <w:t>I think this was a lot more than money in this table. So beginning with opportunities for job training for youth who are not college bound. And it said about four different ways, trade schools and other learning opportunities for professionals see improving access to high speed internet in rural areas is there's about four that are saying the same thing, very popular and encouraging child care facilities that. And again, that's more than one place, and each one got a lot of green dots, building an infrastructure for children, youth and families, and somebody is still waiting for their pool, yeah? Waiting for the pool. We are never gonna swim in that pool and then the red dots, oh, so let's see what we get, opportunities for job training, yeah, we got all of those high speed internet access, right? I. Got that and child care. So there's only a few red dots here. One is about limiting tourism. It has a lot of green dots, two red dots. And somebody maybe is opposed to infrastructure for children and younger. There's only 3.3 reds on the whole thing right? Encourage of tourism should not be at the expense of degradation of farm and forest lands. These lands should be preserved for orchards, vineyards and crops.</w:t>
      </w:r>
    </w:p>
    <w:p>
      <w:pPr>
        <w:spacing w:after="0"/>
      </w:pPr>
    </w:p>
    <w:p>
      <w:pPr>
        <w:spacing w:after="0"/>
      </w:pPr>
      <w:r>
        <w:rPr>
          <w:rFonts w:ascii="Arial" w:hAnsi="Arial"/>
          <w:b/>
          <w:sz w:val="22"/>
        </w:rPr>
        <w:t xml:space="preserve">Speaker 7  </w:t>
      </w:r>
      <w:r>
        <w:rPr>
          <w:rFonts w:ascii="Arial" w:hAnsi="Arial"/>
          <w:color w:val="5D7284"/>
          <w:sz w:val="22"/>
        </w:rPr>
        <w:t>30:48</w:t>
      </w:r>
    </w:p>
    <w:p>
      <w:pPr>
        <w:spacing w:after="0"/>
      </w:pPr>
      <w:r>
        <w:rPr>
          <w:rFonts w:ascii="Arial" w:hAnsi="Arial"/>
          <w:sz w:val="22"/>
        </w:rPr>
        <w:t>Okay, let's go to public service. Public</w:t>
      </w:r>
    </w:p>
    <w:p>
      <w:pPr>
        <w:spacing w:after="0"/>
      </w:pPr>
    </w:p>
    <w:p>
      <w:pPr>
        <w:spacing w:after="0"/>
      </w:pPr>
      <w:r>
        <w:rPr>
          <w:rFonts w:ascii="Arial" w:hAnsi="Arial"/>
          <w:b/>
          <w:sz w:val="22"/>
        </w:rPr>
        <w:t xml:space="preserve">Speaker 8  </w:t>
      </w:r>
      <w:r>
        <w:rPr>
          <w:rFonts w:ascii="Arial" w:hAnsi="Arial"/>
          <w:color w:val="5D7284"/>
          <w:sz w:val="22"/>
        </w:rPr>
        <w:t>30:52</w:t>
      </w:r>
    </w:p>
    <w:p>
      <w:pPr>
        <w:spacing w:after="0"/>
      </w:pPr>
      <w:r>
        <w:rPr>
          <w:rFonts w:ascii="Arial" w:hAnsi="Arial"/>
          <w:sz w:val="22"/>
        </w:rPr>
        <w:t>service. There are no reds, so you should take every suggestion. This is about broadband, supporting quality schools, ensuring adequate water, build that infrastructure, child use, family needs, Invest in Kids. When planning business development, plan for benefits that should be brought to the community. That's one thing I do want to say, when people come in and take this land and land is value and money, and you build your your business here, but you don't give a dime to what this community needs and has needed for decades and generations. Why are you inviting these people to build Okay, so elderly, what you created for</w:t>
      </w:r>
    </w:p>
    <w:p>
      <w:pPr>
        <w:spacing w:after="0"/>
      </w:pPr>
    </w:p>
    <w:p>
      <w:pPr>
        <w:spacing w:after="0"/>
      </w:pPr>
      <w:r>
        <w:rPr>
          <w:rFonts w:ascii="Arial" w:hAnsi="Arial"/>
          <w:color w:val="5D7284"/>
          <w:sz w:val="22"/>
        </w:rPr>
        <w:t>31:39</w:t>
      </w:r>
    </w:p>
    <w:p>
      <w:pPr>
        <w:spacing w:after="0"/>
      </w:pPr>
      <w:r>
        <w:rPr>
          <w:rFonts w:ascii="Arial" w:hAnsi="Arial"/>
          <w:sz w:val="22"/>
        </w:rPr>
        <w:t>the elderly</w:t>
      </w:r>
    </w:p>
    <w:p>
      <w:pPr>
        <w:spacing w:after="0"/>
      </w:pPr>
    </w:p>
    <w:p>
      <w:pPr>
        <w:spacing w:after="0"/>
      </w:pPr>
      <w:r>
        <w:rPr>
          <w:rFonts w:ascii="Arial" w:hAnsi="Arial"/>
          <w:b/>
          <w:sz w:val="22"/>
        </w:rPr>
        <w:t xml:space="preserve">Speaker 8  </w:t>
      </w:r>
      <w:r>
        <w:rPr>
          <w:rFonts w:ascii="Arial" w:hAnsi="Arial"/>
          <w:color w:val="5D7284"/>
          <w:sz w:val="22"/>
        </w:rPr>
        <w:t>31:41</w:t>
      </w:r>
    </w:p>
    <w:p>
      <w:pPr>
        <w:spacing w:after="0"/>
      </w:pPr>
      <w:r>
        <w:rPr>
          <w:rFonts w:ascii="Arial" w:hAnsi="Arial"/>
          <w:sz w:val="22"/>
        </w:rPr>
        <w:t>needs to be expanded. And to all of the public, improve the planning and access of broadband, which has been a huge thing, and it has to be addressed considering what's finding, what's happening on the federal and state levels, and how the state is going to do that so and what we're going to do about that, better access to funding for mental health that has been dying for years now, unfortunately, mental health, and I know they're working hard to improve it, but that has been an issue that is from youth to elderly and everyone in between. And how about this one? Yeah, climate changing and sure, adequate planning for changing climate, drought, changing heat electricity demands thoughtful consideration of sources and utilitarian the power of electricity. Support for quality schools, community college, trade schools is huge, and that's been asked for a long time, actually, on the trade school</w:t>
      </w:r>
    </w:p>
    <w:p>
      <w:pPr>
        <w:spacing w:after="0"/>
      </w:pPr>
    </w:p>
    <w:p>
      <w:pPr>
        <w:spacing w:after="0"/>
      </w:pPr>
      <w:r>
        <w:rPr>
          <w:rFonts w:ascii="Arial" w:hAnsi="Arial"/>
          <w:color w:val="5D7284"/>
          <w:sz w:val="22"/>
        </w:rPr>
        <w:t>32:34</w:t>
      </w:r>
    </w:p>
    <w:p>
      <w:pPr>
        <w:spacing w:after="0"/>
      </w:pPr>
      <w:r>
        <w:rPr>
          <w:rFonts w:ascii="Arial" w:hAnsi="Arial"/>
          <w:sz w:val="22"/>
        </w:rPr>
        <w:t>aspect. And this one, the last one,</w:t>
      </w:r>
    </w:p>
    <w:p>
      <w:pPr>
        <w:spacing w:after="0"/>
      </w:pPr>
    </w:p>
    <w:p>
      <w:pPr>
        <w:spacing w:after="0"/>
      </w:pPr>
      <w:r>
        <w:rPr>
          <w:rFonts w:ascii="Arial" w:hAnsi="Arial"/>
          <w:b/>
          <w:sz w:val="22"/>
        </w:rPr>
        <w:t xml:space="preserve">Speaker 8  </w:t>
      </w:r>
      <w:r>
        <w:rPr>
          <w:rFonts w:ascii="Arial" w:hAnsi="Arial"/>
          <w:color w:val="5D7284"/>
          <w:sz w:val="22"/>
        </w:rPr>
        <w:t>32:38</w:t>
      </w:r>
    </w:p>
    <w:p>
      <w:pPr>
        <w:spacing w:after="0"/>
      </w:pPr>
      <w:r>
        <w:rPr>
          <w:rFonts w:ascii="Arial" w:hAnsi="Arial"/>
          <w:sz w:val="22"/>
        </w:rPr>
        <w:t>monitor aquifer, educated about water use. You know, the well thing is real. You bring in a development and wells literally get I don't</w:t>
      </w:r>
    </w:p>
    <w:p>
      <w:pPr>
        <w:spacing w:after="0"/>
      </w:pPr>
    </w:p>
    <w:p>
      <w:pPr>
        <w:spacing w:after="0"/>
      </w:pPr>
      <w:r>
        <w:rPr>
          <w:rFonts w:ascii="Arial" w:hAnsi="Arial"/>
          <w:color w:val="5D7284"/>
          <w:sz w:val="22"/>
        </w:rPr>
        <w:t>32:49</w:t>
      </w:r>
    </w:p>
    <w:p>
      <w:pPr>
        <w:spacing w:after="0"/>
      </w:pPr>
      <w:r>
        <w:rPr>
          <w:rFonts w:ascii="Arial" w:hAnsi="Arial"/>
          <w:sz w:val="22"/>
        </w:rPr>
        <w:t>think that this is the time for this conversation. We</w:t>
      </w:r>
    </w:p>
    <w:p>
      <w:pPr>
        <w:spacing w:after="0"/>
      </w:pPr>
    </w:p>
    <w:p>
      <w:pPr>
        <w:spacing w:after="0"/>
      </w:pPr>
      <w:r>
        <w:rPr>
          <w:rFonts w:ascii="Arial" w:hAnsi="Arial"/>
          <w:b/>
          <w:sz w:val="22"/>
        </w:rPr>
        <w:t xml:space="preserve">Speaker 7  </w:t>
      </w:r>
      <w:r>
        <w:rPr>
          <w:rFonts w:ascii="Arial" w:hAnsi="Arial"/>
          <w:color w:val="5D7284"/>
          <w:sz w:val="22"/>
        </w:rPr>
        <w:t>32:56</w:t>
      </w:r>
    </w:p>
    <w:p>
      <w:pPr>
        <w:spacing w:after="0"/>
      </w:pPr>
      <w:r>
        <w:rPr>
          <w:rFonts w:ascii="Arial" w:hAnsi="Arial"/>
          <w:sz w:val="22"/>
        </w:rPr>
        <w:t>love it. So that's Thank you. Thank you.</w:t>
      </w:r>
    </w:p>
    <w:p>
      <w:pPr>
        <w:spacing w:after="0"/>
      </w:pPr>
    </w:p>
    <w:p>
      <w:pPr>
        <w:spacing w:after="0"/>
      </w:pPr>
      <w:r>
        <w:rPr>
          <w:rFonts w:ascii="Arial" w:hAnsi="Arial"/>
          <w:b/>
          <w:sz w:val="22"/>
        </w:rPr>
        <w:t xml:space="preserve">Speaker 1  </w:t>
      </w:r>
      <w:r>
        <w:rPr>
          <w:rFonts w:ascii="Arial" w:hAnsi="Arial"/>
          <w:color w:val="5D7284"/>
          <w:sz w:val="22"/>
        </w:rPr>
        <w:t>33:05</w:t>
      </w:r>
    </w:p>
    <w:p>
      <w:pPr>
        <w:spacing w:after="0"/>
      </w:pPr>
      <w:r>
        <w:rPr>
          <w:rFonts w:ascii="Arial" w:hAnsi="Arial"/>
          <w:sz w:val="22"/>
        </w:rPr>
        <w:t>You guys talked about it already. Okay? Transportation done. You guys are the last so let's go to government. All right, what's good about government?</w:t>
      </w:r>
    </w:p>
    <w:p>
      <w:pPr>
        <w:spacing w:after="0"/>
      </w:pPr>
    </w:p>
    <w:p>
      <w:pPr>
        <w:spacing w:after="0"/>
      </w:pPr>
      <w:r>
        <w:rPr>
          <w:rFonts w:ascii="Arial" w:hAnsi="Arial"/>
          <w:b/>
          <w:sz w:val="22"/>
        </w:rPr>
        <w:t xml:space="preserve">Speaker 7  </w:t>
      </w:r>
      <w:r>
        <w:rPr>
          <w:rFonts w:ascii="Arial" w:hAnsi="Arial"/>
          <w:color w:val="5D7284"/>
          <w:sz w:val="22"/>
        </w:rPr>
        <w:t>33:20</w:t>
      </w:r>
    </w:p>
    <w:p>
      <w:pPr>
        <w:spacing w:after="0"/>
      </w:pPr>
      <w:r>
        <w:rPr>
          <w:rFonts w:ascii="Arial" w:hAnsi="Arial"/>
          <w:sz w:val="22"/>
        </w:rPr>
        <w:t>It appears that there are a lot of people, since it's in several places, that want to see workshops streamed, and more streaming and more transparency in the internet and more communication. So remark</w:t>
      </w:r>
    </w:p>
    <w:p>
      <w:pPr>
        <w:spacing w:after="0"/>
      </w:pPr>
    </w:p>
    <w:p>
      <w:pPr>
        <w:spacing w:after="0"/>
      </w:pPr>
      <w:r>
        <w:rPr>
          <w:rFonts w:ascii="Arial" w:hAnsi="Arial"/>
          <w:b/>
          <w:sz w:val="22"/>
        </w:rPr>
        <w:t xml:space="preserve">Speaker 6  </w:t>
      </w:r>
      <w:r>
        <w:rPr>
          <w:rFonts w:ascii="Arial" w:hAnsi="Arial"/>
          <w:color w:val="5D7284"/>
          <w:sz w:val="22"/>
        </w:rPr>
        <w:t>33:38</w:t>
      </w:r>
    </w:p>
    <w:p>
      <w:pPr>
        <w:spacing w:after="0"/>
      </w:pPr>
      <w:r>
        <w:rPr>
          <w:rFonts w:ascii="Arial" w:hAnsi="Arial"/>
          <w:sz w:val="22"/>
        </w:rPr>
        <w:t>here about, about review, about local Here we go. Counselors elected by the district should live in the district. So other than local government needs to be insulated from national politics goes on about amend the county to five member board, better representation, child care as an economic infrastructure, Native people, inclusion that seems to be recurring and necessary. The only red marks we got was keep data centers out of click attacks. Yeah, and then lower taxes, we got two against that, because we know lower taxes means we get less improvements on a county wide basis, just by you know, you</w:t>
      </w:r>
    </w:p>
    <w:p>
      <w:pPr>
        <w:spacing w:after="0"/>
      </w:pPr>
    </w:p>
    <w:p>
      <w:pPr>
        <w:spacing w:after="0"/>
      </w:pPr>
      <w:r>
        <w:rPr>
          <w:rFonts w:ascii="Arial" w:hAnsi="Arial"/>
          <w:color w:val="5D7284"/>
          <w:sz w:val="22"/>
        </w:rPr>
        <w:t>34:45</w:t>
      </w:r>
    </w:p>
    <w:p>
      <w:pPr>
        <w:spacing w:after="0"/>
      </w:pPr>
      <w:r>
        <w:rPr>
          <w:rFonts w:ascii="Arial" w:hAnsi="Arial"/>
          <w:sz w:val="22"/>
        </w:rPr>
        <w:t>so much.</w:t>
      </w:r>
    </w:p>
    <w:p>
      <w:pPr>
        <w:spacing w:after="0"/>
      </w:pPr>
    </w:p>
    <w:p>
      <w:pPr>
        <w:spacing w:after="0"/>
      </w:pPr>
      <w:r>
        <w:rPr>
          <w:rFonts w:ascii="Arial" w:hAnsi="Arial"/>
          <w:b/>
          <w:sz w:val="22"/>
        </w:rPr>
        <w:t xml:space="preserve">Speaker 1  </w:t>
      </w:r>
      <w:r>
        <w:rPr>
          <w:rFonts w:ascii="Arial" w:hAnsi="Arial"/>
          <w:color w:val="5D7284"/>
          <w:sz w:val="22"/>
        </w:rPr>
        <w:t>34:51</w:t>
      </w:r>
    </w:p>
    <w:p>
      <w:pPr>
        <w:spacing w:after="0"/>
      </w:pPr>
      <w:r>
        <w:rPr>
          <w:rFonts w:ascii="Arial" w:hAnsi="Arial"/>
          <w:sz w:val="22"/>
        </w:rPr>
        <w:t>Child care, another child care here, and I think that's what I wonder. What flashes Okay, website. Yes. Okay, excellent. Thank you. And I think we went through everything but number eight, number eight is struggling to talk here. And, okay, what do you see? There's a lot of crisscross on</w:t>
      </w:r>
    </w:p>
    <w:p>
      <w:pPr>
        <w:spacing w:after="0"/>
      </w:pPr>
    </w:p>
    <w:p>
      <w:pPr>
        <w:spacing w:after="0"/>
      </w:pPr>
      <w:r>
        <w:rPr>
          <w:rFonts w:ascii="Arial" w:hAnsi="Arial"/>
          <w:b/>
          <w:sz w:val="22"/>
        </w:rPr>
        <w:t xml:space="preserve">Speaker 9  </w:t>
      </w:r>
      <w:r>
        <w:rPr>
          <w:rFonts w:ascii="Arial" w:hAnsi="Arial"/>
          <w:color w:val="5D7284"/>
          <w:sz w:val="22"/>
        </w:rPr>
        <w:t>35:13</w:t>
      </w:r>
    </w:p>
    <w:p>
      <w:pPr>
        <w:spacing w:after="0"/>
      </w:pPr>
      <w:r>
        <w:rPr>
          <w:rFonts w:ascii="Arial" w:hAnsi="Arial"/>
          <w:sz w:val="22"/>
        </w:rPr>
        <w:t>here that is on the other one of the larger ones is the elder nursing care for this side of the river, emergency response and preparedness. The red dots was to promote marijuana production, and then again, there was a lot that have green dots that are covered by other tables. Oh, create materials that reflect information gathered tonight in Spanish for Latino community in County, and</w:t>
      </w:r>
    </w:p>
    <w:p>
      <w:pPr>
        <w:spacing w:after="0"/>
      </w:pPr>
    </w:p>
    <w:p>
      <w:pPr>
        <w:spacing w:after="0"/>
      </w:pPr>
      <w:r>
        <w:rPr>
          <w:rFonts w:ascii="Arial" w:hAnsi="Arial"/>
          <w:b/>
          <w:sz w:val="22"/>
        </w:rPr>
        <w:t xml:space="preserve">Speaker 1  </w:t>
      </w:r>
      <w:r>
        <w:rPr>
          <w:rFonts w:ascii="Arial" w:hAnsi="Arial"/>
          <w:color w:val="5D7284"/>
          <w:sz w:val="22"/>
        </w:rPr>
        <w:t>35:49</w:t>
      </w:r>
    </w:p>
    <w:p>
      <w:pPr>
        <w:spacing w:after="0"/>
      </w:pPr>
      <w:r>
        <w:rPr>
          <w:rFonts w:ascii="Arial" w:hAnsi="Arial"/>
          <w:sz w:val="22"/>
        </w:rPr>
        <w:t>the last one here elder nursing care is you mentioned that, okay, planning create low income housing, affordable housing, lots of jobs and walkable, safe paths and trios for residents, excellent wildlife quarters for wildlife. Okay, thank you all so much.</w:t>
      </w:r>
    </w:p>
    <w:p>
      <w:pPr>
        <w:spacing w:after="0"/>
      </w:pPr>
    </w:p>
    <w:p>
      <w:pPr>
        <w:spacing w:after="0"/>
      </w:pPr>
      <w:r>
        <w:rPr>
          <w:rFonts w:ascii="Arial" w:hAnsi="Arial"/>
          <w:b/>
          <w:sz w:val="22"/>
        </w:rPr>
        <w:t xml:space="preserve">Speaker 3  </w:t>
      </w:r>
      <w:r>
        <w:rPr>
          <w:rFonts w:ascii="Arial" w:hAnsi="Arial"/>
          <w:color w:val="5D7284"/>
          <w:sz w:val="22"/>
        </w:rPr>
        <w:t>36:18</w:t>
      </w:r>
    </w:p>
    <w:p>
      <w:pPr>
        <w:spacing w:after="0"/>
      </w:pPr>
      <w:r>
        <w:rPr>
          <w:rFonts w:ascii="Arial" w:hAnsi="Arial"/>
          <w:sz w:val="22"/>
        </w:rPr>
        <w:t>One of the things that was said about Spanish made me think about the fact how many professionals there are, or individuals in this area who have so much talent, and we've found some tonight, many tonight. Appreciate you coming out, but there have been connections already. We've had several people come up and offer some technological ideas that sort of we can get online input. We had a lady come and talk to us about doing Spanish outreach and potentially being able to offer that service for translating or interpreting. So I appreciate all the not just the input, but the resources that come. Just makes me think about how I'm impressive. The people of this county are an example. Is our seminar worth? We're doing a solar advisory committee right now for a new solar ordinance. I was very concerned that when the board put together the project advisory committee, we wouldn't have the technical expertise we needed, because we weren't including anybody from the industry itself. We don't want anybody who's representing industry to be involved, but it's toll ups, and could not believe that people on that committee and just represent it. But we have one person building rockets, Freeland musk, and so that's we have the expertise here, so we appreciate it, and we appreciate any time you'd want to get in contact with us for ideas on how we can do these better, different outreach, or anything you could offer. I didn't want to give Commissioner Andrews a chance just to say something, because we're fortunate to have a Commissioner. Thank you. Scott</w:t>
      </w:r>
    </w:p>
    <w:p>
      <w:pPr>
        <w:spacing w:after="0"/>
      </w:pPr>
    </w:p>
    <w:p>
      <w:pPr>
        <w:spacing w:after="0"/>
      </w:pPr>
      <w:r>
        <w:rPr>
          <w:rFonts w:ascii="Arial" w:hAnsi="Arial"/>
          <w:b/>
          <w:sz w:val="22"/>
        </w:rPr>
        <w:t xml:space="preserve">Speaker 7  </w:t>
      </w:r>
      <w:r>
        <w:rPr>
          <w:rFonts w:ascii="Arial" w:hAnsi="Arial"/>
          <w:color w:val="5D7284"/>
          <w:sz w:val="22"/>
        </w:rPr>
        <w:t>37:39</w:t>
      </w:r>
    </w:p>
    <w:p>
      <w:pPr>
        <w:spacing w:after="0"/>
      </w:pPr>
      <w:r>
        <w:rPr>
          <w:rFonts w:ascii="Arial" w:hAnsi="Arial"/>
          <w:sz w:val="22"/>
        </w:rPr>
        <w:t>Todd Andrews, county commissioner, new county commissioner, and one, let's give a big round of applause to the planning department. I don't know if you guys know how rare that is for for planning department to come out and before they start to put stuff together, say we don't want to put anything together. We want the citizens input from the beginning, and so I'm just really proud that they that was all their idea. They came up with it, and we were buying it 100% but also, I'm amazed and humbled how many people showed up here. For years, I've been reaching out and talking to people and hearing from the government. People don't show up. They don't volunteer anymore, but I think those times are over. I didn't ever fully believe it. I felt like if we marketed and we reached out, that people would show up. And so one thank you guys so much. So I appreciate it.</w:t>
      </w:r>
    </w:p>
    <w:p>
      <w:pPr>
        <w:spacing w:after="0"/>
      </w:pPr>
    </w:p>
    <w:p>
      <w:pPr>
        <w:spacing w:after="0"/>
      </w:pPr>
      <w:r>
        <w:rPr>
          <w:rFonts w:ascii="Arial" w:hAnsi="Arial"/>
          <w:b/>
          <w:sz w:val="22"/>
        </w:rPr>
        <w:t xml:space="preserve">Speaker 1  </w:t>
      </w:r>
      <w:r>
        <w:rPr>
          <w:rFonts w:ascii="Arial" w:hAnsi="Arial"/>
          <w:color w:val="5D7284"/>
          <w:sz w:val="22"/>
        </w:rPr>
        <w:t>38:39</w:t>
      </w:r>
    </w:p>
    <w:p>
      <w:pPr>
        <w:spacing w:after="0"/>
      </w:pPr>
      <w:r>
        <w:rPr>
          <w:rFonts w:ascii="Arial" w:hAnsi="Arial"/>
          <w:sz w:val="22"/>
        </w:rPr>
        <w:t>And just to I have to apologize. I was a little bit nervous in the beginning, so I didn't make the introduction. I think we should give a big round of applause to Scott, who is our plan director,</w:t>
      </w:r>
    </w:p>
    <w:p>
      <w:pPr>
        <w:spacing w:after="0"/>
      </w:pPr>
    </w:p>
    <w:p>
      <w:pPr>
        <w:spacing w:after="0"/>
      </w:pPr>
      <w:r>
        <w:rPr>
          <w:rFonts w:ascii="Arial" w:hAnsi="Arial"/>
          <w:color w:val="5D7284"/>
          <w:sz w:val="22"/>
        </w:rPr>
        <w:t>38:53</w:t>
      </w:r>
    </w:p>
    <w:p>
      <w:pPr>
        <w:spacing w:after="0"/>
      </w:pPr>
      <w:r>
        <w:rPr>
          <w:rFonts w:ascii="Arial" w:hAnsi="Arial"/>
          <w:sz w:val="22"/>
        </w:rPr>
        <w:t>and to Rebecca, who's the other planner here. What</w:t>
      </w:r>
    </w:p>
    <w:p>
      <w:pPr>
        <w:spacing w:after="0"/>
      </w:pPr>
    </w:p>
    <w:p>
      <w:pPr>
        <w:spacing w:after="0"/>
      </w:pPr>
      <w:r>
        <w:rPr>
          <w:rFonts w:ascii="Arial" w:hAnsi="Arial"/>
          <w:color w:val="5D7284"/>
          <w:sz w:val="22"/>
        </w:rPr>
        <w:t>39:01</w:t>
      </w:r>
    </w:p>
    <w:p>
      <w:pPr>
        <w:spacing w:after="0"/>
      </w:pPr>
      <w:r>
        <w:rPr>
          <w:rFonts w:ascii="Arial" w:hAnsi="Arial"/>
          <w:sz w:val="22"/>
        </w:rPr>
        <w:t>are the next steps? When, okay,</w:t>
      </w:r>
    </w:p>
    <w:p>
      <w:pPr>
        <w:spacing w:after="0"/>
      </w:pPr>
    </w:p>
    <w:p>
      <w:pPr>
        <w:spacing w:after="0"/>
      </w:pPr>
      <w:r>
        <w:rPr>
          <w:rFonts w:ascii="Arial" w:hAnsi="Arial"/>
          <w:b/>
          <w:sz w:val="22"/>
        </w:rPr>
        <w:t xml:space="preserve">Speaker 1  </w:t>
      </w:r>
      <w:r>
        <w:rPr>
          <w:rFonts w:ascii="Arial" w:hAnsi="Arial"/>
          <w:color w:val="5D7284"/>
          <w:sz w:val="22"/>
        </w:rPr>
        <w:t>39:03</w:t>
      </w:r>
    </w:p>
    <w:p>
      <w:pPr>
        <w:spacing w:after="0"/>
      </w:pPr>
      <w:r>
        <w:rPr>
          <w:rFonts w:ascii="Arial" w:hAnsi="Arial"/>
          <w:sz w:val="22"/>
        </w:rPr>
        <w:t>people are asking about the next steps. We have. This was a second meeting. We have three more meetings throughout the county. We're collecting these the comments, we're inputting them in to into Excel, and we will, sort of will sort them out. These will produce a set of goals and objectives for the whole county under every area of concern, the way we have here, we may have a couple of other areas of concern, because there are a couple of things that are not really represented here. I'm not gonna say anything right now, but also environment. I heard comments from you right now, Environment and Natural Resources is a little bit intermingled, so we need to clarify that, and so sort them out. We'll post them, and we'll have to by the end of June, we'll have to have a full set of goals and objectives still draft. We're not done yet. And then we'll start the next phase, after the end, after the end of June. And. Maybe in parallel with finalizing these goals and objectives, and the next phase will be more focused on visioning about the county, how we want each different part of the county to look like 1020, years from now. So you might say we want East County to have skyscrapers and light rail right pickleton should be the capital of the county. I'm just joking, obviously. But you know, that should reflect what we do with that area. No, that's not going to happen in big what is the Yeah, no, no, we're not going to do that. I don't want to scare you guys. That's going to remain rural the way it is, pretty much. So, okay, so</w:t>
      </w:r>
    </w:p>
    <w:p>
      <w:pPr>
        <w:spacing w:after="0"/>
      </w:pPr>
    </w:p>
    <w:p>
      <w:pPr>
        <w:spacing w:after="0"/>
      </w:pPr>
      <w:r>
        <w:rPr>
          <w:rFonts w:ascii="Arial" w:hAnsi="Arial"/>
          <w:b/>
          <w:sz w:val="22"/>
        </w:rPr>
        <w:t xml:space="preserve">Speaker 3  </w:t>
      </w:r>
      <w:r>
        <w:rPr>
          <w:rFonts w:ascii="Arial" w:hAnsi="Arial"/>
          <w:color w:val="5D7284"/>
          <w:sz w:val="22"/>
        </w:rPr>
        <w:t>40:42</w:t>
      </w:r>
    </w:p>
    <w:p>
      <w:pPr>
        <w:spacing w:after="0"/>
      </w:pPr>
      <w:r>
        <w:rPr>
          <w:rFonts w:ascii="Arial" w:hAnsi="Arial"/>
          <w:sz w:val="22"/>
        </w:rPr>
        <w:t>that's good. I appreciate what Adam said, but I think it's really important question about the next steps, because we didn't necessarily know what this would look like. So this will affect the next steps potentially. And I appreciate what Commissioner Andrews said, because a typical way of doing a project like this would be for staff to pull together examples from other communities, do a draft ourselves based on ideas. May work the planning commission, then bring it out to the public. We're trying to get public input first. This input will then go into that work, which will then come back out to the community. So this is a preliminary effort we're gonna be coming back out with, with the ideas that are generated from these meetings. Just want to make sure that was clear. The last chance to</w:t>
      </w:r>
    </w:p>
    <w:p>
      <w:pPr>
        <w:spacing w:after="0"/>
      </w:pPr>
    </w:p>
    <w:p>
      <w:pPr>
        <w:spacing w:after="0"/>
      </w:pPr>
      <w:r>
        <w:rPr>
          <w:rFonts w:ascii="Arial" w:hAnsi="Arial"/>
          <w:b/>
          <w:sz w:val="22"/>
        </w:rPr>
        <w:t xml:space="preserve">Speaker 6  </w:t>
      </w:r>
      <w:r>
        <w:rPr>
          <w:rFonts w:ascii="Arial" w:hAnsi="Arial"/>
          <w:color w:val="5D7284"/>
          <w:sz w:val="22"/>
        </w:rPr>
        <w:t>41:28</w:t>
      </w:r>
    </w:p>
    <w:p>
      <w:pPr>
        <w:spacing w:after="0"/>
      </w:pPr>
      <w:r>
        <w:rPr>
          <w:rFonts w:ascii="Arial" w:hAnsi="Arial"/>
          <w:sz w:val="22"/>
        </w:rPr>
        <w:t>take information on sub areas or focus on the sub areas this</w:t>
      </w:r>
    </w:p>
    <w:p>
      <w:pPr>
        <w:spacing w:after="0"/>
      </w:pPr>
    </w:p>
    <w:p>
      <w:pPr>
        <w:spacing w:after="0"/>
      </w:pPr>
      <w:r>
        <w:rPr>
          <w:rFonts w:ascii="Arial" w:hAnsi="Arial"/>
          <w:b/>
          <w:sz w:val="22"/>
        </w:rPr>
        <w:t xml:space="preserve">Speaker 3  </w:t>
      </w:r>
      <w:r>
        <w:rPr>
          <w:rFonts w:ascii="Arial" w:hAnsi="Arial"/>
          <w:color w:val="5D7284"/>
          <w:sz w:val="22"/>
        </w:rPr>
        <w:t>41:34</w:t>
      </w:r>
    </w:p>
    <w:p>
      <w:pPr>
        <w:spacing w:after="0"/>
      </w:pPr>
      <w:r>
        <w:rPr>
          <w:rFonts w:ascii="Arial" w:hAnsi="Arial"/>
          <w:sz w:val="22"/>
        </w:rPr>
        <w:t>project is just for the county without the sub areas, then that'll be a future step. It'll depend on funding. It'll depend on the interest from the submarines themselves. Often, I know in the past, sometimes they've helped with the funding, or someone's funded that entirely. So there's not a plan for that. We've got plans internally to do this part. And then another phase of this, once this aspect is done, is looking at mapping potentially. And then we also have a lot of issues with our zoning ordinance. It's been piecemealed together, so that's a priority for us. So those are our priorities. Internally. Anything with sub areas will likely be pushing from the sub areas and working with the Board of Commissioners, said where we target our resources on those but there's not a plan right now for those.</w:t>
      </w:r>
    </w:p>
    <w:p>
      <w:pPr>
        <w:spacing w:after="0"/>
      </w:pPr>
    </w:p>
    <w:p>
      <w:pPr>
        <w:spacing w:after="0"/>
      </w:pPr>
      <w:r>
        <w:rPr>
          <w:rFonts w:ascii="Arial" w:hAnsi="Arial"/>
          <w:b/>
          <w:sz w:val="22"/>
        </w:rPr>
        <w:t xml:space="preserve">Speaker 8  </w:t>
      </w:r>
      <w:r>
        <w:rPr>
          <w:rFonts w:ascii="Arial" w:hAnsi="Arial"/>
          <w:color w:val="5D7284"/>
          <w:sz w:val="22"/>
        </w:rPr>
        <w:t>42:14</w:t>
      </w:r>
    </w:p>
    <w:p>
      <w:pPr>
        <w:spacing w:after="0"/>
      </w:pPr>
      <w:r>
        <w:rPr>
          <w:rFonts w:ascii="Arial" w:hAnsi="Arial"/>
          <w:sz w:val="22"/>
        </w:rPr>
        <w:t>Can I clarify on that answer to the sub areas? Are you saying the sub areas are paying for you guys to come and</w:t>
      </w:r>
    </w:p>
    <w:p>
      <w:pPr>
        <w:spacing w:after="0"/>
      </w:pPr>
    </w:p>
    <w:p>
      <w:pPr>
        <w:spacing w:after="0"/>
      </w:pPr>
      <w:r>
        <w:rPr>
          <w:rFonts w:ascii="Arial" w:hAnsi="Arial"/>
          <w:b/>
          <w:sz w:val="22"/>
        </w:rPr>
        <w:t xml:space="preserve">Speaker 3  </w:t>
      </w:r>
      <w:r>
        <w:rPr>
          <w:rFonts w:ascii="Arial" w:hAnsi="Arial"/>
          <w:color w:val="5D7284"/>
          <w:sz w:val="22"/>
        </w:rPr>
        <w:t>42:20</w:t>
      </w:r>
    </w:p>
    <w:p>
      <w:pPr>
        <w:spacing w:after="0"/>
      </w:pPr>
      <w:r>
        <w:rPr>
          <w:rFonts w:ascii="Arial" w:hAnsi="Arial"/>
          <w:sz w:val="22"/>
        </w:rPr>
        <w:t>discuss this? No, I said that in the past during some like the Snowden sub area plan, my understanding is that community paid for their own, well paid What's that they paid for their own Sudbury plan? I'm not saying that that's what's happened with this. Oh, we've had a lot of them, but we've mentioned this earlier, but we will. We've got the email list. It's massive list now, but we will let people know once we've figured out how we can do online comments, because that's come up several times from different people,</w:t>
      </w:r>
    </w:p>
    <w:p>
      <w:pPr>
        <w:spacing w:after="0"/>
      </w:pPr>
    </w:p>
    <w:p>
      <w:pPr>
        <w:spacing w:after="0"/>
      </w:pPr>
      <w:r>
        <w:rPr>
          <w:rFonts w:ascii="Arial" w:hAnsi="Arial"/>
          <w:b/>
          <w:sz w:val="22"/>
        </w:rPr>
        <w:t xml:space="preserve">Speaker 7  </w:t>
      </w:r>
      <w:r>
        <w:rPr>
          <w:rFonts w:ascii="Arial" w:hAnsi="Arial"/>
          <w:color w:val="5D7284"/>
          <w:sz w:val="22"/>
        </w:rPr>
        <w:t>42:56</w:t>
      </w:r>
    </w:p>
    <w:p>
      <w:pPr>
        <w:spacing w:after="0"/>
      </w:pPr>
      <w:r>
        <w:rPr>
          <w:rFonts w:ascii="Arial" w:hAnsi="Arial"/>
          <w:sz w:val="22"/>
        </w:rPr>
        <w:t>we'll be in touch also through this process, as I've been going out to different community meetings. It's natural to be kind of protectionist and to think about your needs and your area's needs. What I've been going out and reaching the people is, is like, think about your neighbors that are, you know, maybe, maybe you're single, but you're not. Your needs are not of what, of what is a family, and it's really hard to kind of separate those things. So definitely push forward the things that you want and you know your community wants, but also think about other areas, your other neighbors, because it's sometimes a little different and sometimes competing, and that's a that's a difficult thing to do, but I think it's important in this process to think about that holistically.</w:t>
      </w:r>
    </w:p>
    <w:p>
      <w:pPr>
        <w:spacing w:after="0"/>
      </w:pPr>
    </w:p>
    <w:p>
      <w:pPr>
        <w:spacing w:after="0"/>
      </w:pPr>
      <w:r>
        <w:rPr>
          <w:rFonts w:ascii="Arial" w:hAnsi="Arial"/>
          <w:b/>
          <w:sz w:val="22"/>
        </w:rPr>
        <w:t xml:space="preserve">Speaker 2  </w:t>
      </w:r>
      <w:r>
        <w:rPr>
          <w:rFonts w:ascii="Arial" w:hAnsi="Arial"/>
          <w:color w:val="5D7284"/>
          <w:sz w:val="22"/>
        </w:rPr>
        <w:t>43:42</w:t>
      </w:r>
    </w:p>
    <w:p>
      <w:pPr>
        <w:spacing w:after="0"/>
      </w:pPr>
      <w:r>
        <w:rPr>
          <w:rFonts w:ascii="Arial" w:hAnsi="Arial"/>
          <w:sz w:val="22"/>
        </w:rPr>
        <w:t>Yes, so I'm concerned about the sub areas. So when you take this package through the commissioners, it will be these new goals and policies, and it will be the existing sub areas will travel, will be part of the future comp plan, and then you'll update those. Is that what you're saying?</w:t>
      </w:r>
    </w:p>
    <w:p>
      <w:pPr>
        <w:spacing w:after="0"/>
      </w:pPr>
    </w:p>
    <w:p>
      <w:pPr>
        <w:spacing w:after="0"/>
      </w:pPr>
      <w:r>
        <w:rPr>
          <w:rFonts w:ascii="Arial" w:hAnsi="Arial"/>
          <w:b/>
          <w:sz w:val="22"/>
        </w:rPr>
        <w:t xml:space="preserve">Speaker 3  </w:t>
      </w:r>
      <w:r>
        <w:rPr>
          <w:rFonts w:ascii="Arial" w:hAnsi="Arial"/>
          <w:color w:val="5D7284"/>
          <w:sz w:val="22"/>
        </w:rPr>
        <w:t>44:04</w:t>
      </w:r>
    </w:p>
    <w:p>
      <w:pPr>
        <w:spacing w:after="0"/>
      </w:pPr>
      <w:r>
        <w:rPr>
          <w:rFonts w:ascii="Arial" w:hAnsi="Arial"/>
          <w:sz w:val="22"/>
        </w:rPr>
        <w:t>So this plan will apply to the whole county, including sub areas, because you got the higher level right. Sub areas, when you do your future plans soon, for example, if they do a future plan that would have to be consistent with the general plan, so it could, could affect it, but that customizes it. You can be more restrictive. You can have your own policies at that point. So,</w:t>
      </w:r>
    </w:p>
    <w:p>
      <w:pPr>
        <w:spacing w:after="0"/>
      </w:pPr>
    </w:p>
    <w:p>
      <w:pPr>
        <w:spacing w:after="0"/>
      </w:pPr>
      <w:r>
        <w:rPr>
          <w:rFonts w:ascii="Arial" w:hAnsi="Arial"/>
          <w:b/>
          <w:sz w:val="22"/>
        </w:rPr>
        <w:t xml:space="preserve">Speaker 2  </w:t>
      </w:r>
      <w:r>
        <w:rPr>
          <w:rFonts w:ascii="Arial" w:hAnsi="Arial"/>
          <w:color w:val="5D7284"/>
          <w:sz w:val="22"/>
        </w:rPr>
        <w:t>44:26</w:t>
      </w:r>
    </w:p>
    <w:p>
      <w:pPr>
        <w:spacing w:after="0"/>
      </w:pPr>
      <w:r>
        <w:rPr>
          <w:rFonts w:ascii="Arial" w:hAnsi="Arial"/>
          <w:sz w:val="22"/>
        </w:rPr>
        <w:t>so, so what the people in the sub areas need to do is ensure that that the policies that are important to them in their sub area plan get carried into the full plan. I</w:t>
      </w:r>
    </w:p>
    <w:p>
      <w:pPr>
        <w:spacing w:after="0"/>
      </w:pPr>
    </w:p>
    <w:p>
      <w:pPr>
        <w:spacing w:after="0"/>
      </w:pPr>
      <w:r>
        <w:rPr>
          <w:rFonts w:ascii="Arial" w:hAnsi="Arial"/>
          <w:color w:val="5D7284"/>
          <w:sz w:val="22"/>
        </w:rPr>
        <w:t>44:37</w:t>
      </w:r>
    </w:p>
    <w:p>
      <w:pPr>
        <w:spacing w:after="0"/>
      </w:pPr>
      <w:r>
        <w:rPr>
          <w:rFonts w:ascii="Arial" w:hAnsi="Arial"/>
          <w:sz w:val="22"/>
        </w:rPr>
        <w:t>would say, yes. I would say, so. Okay,</w:t>
      </w:r>
    </w:p>
    <w:p>
      <w:pPr>
        <w:spacing w:after="0"/>
      </w:pPr>
    </w:p>
    <w:p>
      <w:pPr>
        <w:spacing w:after="0"/>
      </w:pPr>
      <w:r>
        <w:rPr>
          <w:rFonts w:ascii="Arial" w:hAnsi="Arial"/>
          <w:b/>
          <w:sz w:val="22"/>
        </w:rPr>
        <w:t xml:space="preserve">Speaker 8  </w:t>
      </w:r>
      <w:r>
        <w:rPr>
          <w:rFonts w:ascii="Arial" w:hAnsi="Arial"/>
          <w:color w:val="5D7284"/>
          <w:sz w:val="22"/>
        </w:rPr>
        <w:t>44:42</w:t>
      </w:r>
    </w:p>
    <w:p>
      <w:pPr>
        <w:spacing w:after="0"/>
      </w:pPr>
      <w:r>
        <w:rPr>
          <w:rFonts w:ascii="Arial" w:hAnsi="Arial"/>
          <w:sz w:val="22"/>
        </w:rPr>
        <w:t>one other question, when you finalize what you create with this, how long is this on the books for? Like, the last one was done in the 70s. Like, how what is the intention of how long is this remain, I would say, and how is it amended? If, if. Something blaring is not there that the county requires. I</w:t>
      </w:r>
    </w:p>
    <w:p>
      <w:pPr>
        <w:spacing w:after="0"/>
      </w:pPr>
    </w:p>
    <w:p>
      <w:pPr>
        <w:spacing w:after="0"/>
      </w:pPr>
      <w:r>
        <w:rPr>
          <w:rFonts w:ascii="Arial" w:hAnsi="Arial"/>
          <w:b/>
          <w:sz w:val="22"/>
        </w:rPr>
        <w:t xml:space="preserve">Speaker 3  </w:t>
      </w:r>
      <w:r>
        <w:rPr>
          <w:rFonts w:ascii="Arial" w:hAnsi="Arial"/>
          <w:color w:val="5D7284"/>
          <w:sz w:val="22"/>
        </w:rPr>
        <w:t>45:06</w:t>
      </w:r>
    </w:p>
    <w:p>
      <w:pPr>
        <w:spacing w:after="0"/>
      </w:pPr>
      <w:r>
        <w:rPr>
          <w:rFonts w:ascii="Arial" w:hAnsi="Arial"/>
          <w:sz w:val="22"/>
        </w:rPr>
        <w:t>think part of what we'll be looking at is undergoes. And you might want to add to this, but would be some sort of periodic review to where we don't go so long anymore, but there's a view period every five years or something. We don't have that yet, but I think that is a concept that we're trying to include in the compounding</w:t>
      </w:r>
    </w:p>
    <w:p>
      <w:pPr>
        <w:spacing w:after="0"/>
      </w:pPr>
    </w:p>
    <w:p>
      <w:pPr>
        <w:spacing w:after="0"/>
      </w:pPr>
      <w:r>
        <w:rPr>
          <w:rFonts w:ascii="Arial" w:hAnsi="Arial"/>
          <w:b/>
          <w:sz w:val="22"/>
        </w:rPr>
        <w:t xml:space="preserve">Speaker 1  </w:t>
      </w:r>
      <w:r>
        <w:rPr>
          <w:rFonts w:ascii="Arial" w:hAnsi="Arial"/>
          <w:color w:val="5D7284"/>
          <w:sz w:val="22"/>
        </w:rPr>
        <w:t>45:22</w:t>
      </w:r>
    </w:p>
    <w:p>
      <w:pPr>
        <w:spacing w:after="0"/>
      </w:pPr>
      <w:r>
        <w:rPr>
          <w:rFonts w:ascii="Arial" w:hAnsi="Arial"/>
          <w:sz w:val="22"/>
        </w:rPr>
        <w:t>comp plans are amended every year. If someone, if something needs to be amended, and there's a high interest from the county, then I think it's one year at the end of the year, once a year. I may be wrong with that. I have to check. But they are amended every year, and this is going to set the base for the comprehensive plan for at least the next 10 years, if not if not 20. So that's why it's very important. At the end of the period, some counties or cities do it full comprehensive plan redo, which is pretty much what we're doing right now. We needed to do that, or just do an update there. Man, they update some policies, some parts of the map, and so on. So that's how it generally is done throughout the country. Actually,</w:t>
      </w:r>
    </w:p>
    <w:p>
      <w:pPr>
        <w:spacing w:after="0"/>
      </w:pPr>
    </w:p>
    <w:p>
      <w:pPr>
        <w:spacing w:after="0"/>
      </w:pPr>
      <w:r>
        <w:rPr>
          <w:rFonts w:ascii="Arial" w:hAnsi="Arial"/>
          <w:b/>
          <w:sz w:val="22"/>
        </w:rPr>
        <w:t xml:space="preserve">Speaker 8  </w:t>
      </w:r>
      <w:r>
        <w:rPr>
          <w:rFonts w:ascii="Arial" w:hAnsi="Arial"/>
          <w:color w:val="5D7284"/>
          <w:sz w:val="22"/>
        </w:rPr>
        <w:t>46:12</w:t>
      </w:r>
    </w:p>
    <w:p>
      <w:pPr>
        <w:spacing w:after="0"/>
      </w:pPr>
      <w:r>
        <w:rPr>
          <w:rFonts w:ascii="Arial" w:hAnsi="Arial"/>
          <w:sz w:val="22"/>
        </w:rPr>
        <w:t>that's your question, yes. And last question, economic development plan is also due to to finish in 2027 Are you coordinating with that development plan as well? With with whom, with that plan as well? Are you? Yes. We</w:t>
      </w:r>
    </w:p>
    <w:p>
      <w:pPr>
        <w:spacing w:after="0"/>
      </w:pPr>
    </w:p>
    <w:p>
      <w:pPr>
        <w:spacing w:after="0"/>
      </w:pPr>
      <w:r>
        <w:rPr>
          <w:rFonts w:ascii="Arial" w:hAnsi="Arial"/>
          <w:b/>
          <w:sz w:val="22"/>
        </w:rPr>
        <w:t xml:space="preserve">Speaker 1  </w:t>
      </w:r>
      <w:r>
        <w:rPr>
          <w:rFonts w:ascii="Arial" w:hAnsi="Arial"/>
          <w:color w:val="5D7284"/>
          <w:sz w:val="22"/>
        </w:rPr>
        <w:t>46:30</w:t>
      </w:r>
    </w:p>
    <w:p>
      <w:pPr>
        <w:spacing w:after="0"/>
      </w:pPr>
      <w:r>
        <w:rPr>
          <w:rFonts w:ascii="Arial" w:hAnsi="Arial"/>
          <w:sz w:val="22"/>
        </w:rPr>
        <w:t>work with natural resources. We're working with economic development, with engineering. Yeah, everybody will be involved in this. Yes,</w:t>
      </w:r>
    </w:p>
    <w:p>
      <w:pPr>
        <w:spacing w:after="0"/>
      </w:pPr>
    </w:p>
    <w:p>
      <w:pPr>
        <w:spacing w:after="0"/>
      </w:pPr>
      <w:r>
        <w:rPr>
          <w:rFonts w:ascii="Arial" w:hAnsi="Arial"/>
          <w:color w:val="5D7284"/>
          <w:sz w:val="22"/>
        </w:rPr>
        <w:t>46:40</w:t>
      </w:r>
    </w:p>
    <w:p>
      <w:pPr>
        <w:spacing w:after="0"/>
      </w:pPr>
      <w:r>
        <w:rPr>
          <w:rFonts w:ascii="Arial" w:hAnsi="Arial"/>
          <w:sz w:val="22"/>
        </w:rPr>
        <w:t>yes, this was done, since</w:t>
      </w:r>
    </w:p>
    <w:p>
      <w:pPr>
        <w:spacing w:after="0"/>
      </w:pPr>
    </w:p>
    <w:p>
      <w:pPr>
        <w:spacing w:after="0"/>
      </w:pPr>
      <w:r>
        <w:rPr>
          <w:rFonts w:ascii="Arial" w:hAnsi="Arial"/>
          <w:b/>
          <w:sz w:val="22"/>
        </w:rPr>
        <w:t xml:space="preserve">Speaker 5  </w:t>
      </w:r>
      <w:r>
        <w:rPr>
          <w:rFonts w:ascii="Arial" w:hAnsi="Arial"/>
          <w:color w:val="5D7284"/>
          <w:sz w:val="22"/>
        </w:rPr>
        <w:t>46:42</w:t>
      </w:r>
    </w:p>
    <w:p>
      <w:pPr>
        <w:spacing w:after="0"/>
      </w:pPr>
      <w:r>
        <w:rPr>
          <w:rFonts w:ascii="Arial" w:hAnsi="Arial"/>
          <w:sz w:val="22"/>
        </w:rPr>
        <w:t>this actual process was funded through grant funding, is there a plan for the planning department to build in the resources, or the the financial resources to support renewal of it? So like, when we want to go, if we want to go into a review, or if we want to go into a five year review, is that something that's already put in the budget? And I know that's been a constraint before, and that's the reason that it's taken so long they just in the first place. But so is it going to be built into the point where we may or may not have to rely</w:t>
      </w:r>
    </w:p>
    <w:p>
      <w:pPr>
        <w:spacing w:after="0"/>
      </w:pPr>
    </w:p>
    <w:p>
      <w:pPr>
        <w:spacing w:after="0"/>
      </w:pPr>
      <w:r>
        <w:rPr>
          <w:rFonts w:ascii="Arial" w:hAnsi="Arial"/>
          <w:b/>
          <w:sz w:val="22"/>
        </w:rPr>
        <w:t xml:space="preserve">Speaker 3  </w:t>
      </w:r>
      <w:r>
        <w:rPr>
          <w:rFonts w:ascii="Arial" w:hAnsi="Arial"/>
          <w:color w:val="5D7284"/>
          <w:sz w:val="22"/>
        </w:rPr>
        <w:t>47:12</w:t>
      </w:r>
    </w:p>
    <w:p>
      <w:pPr>
        <w:spacing w:after="0"/>
      </w:pPr>
      <w:r>
        <w:rPr>
          <w:rFonts w:ascii="Arial" w:hAnsi="Arial"/>
          <w:sz w:val="22"/>
        </w:rPr>
        <w:t>on that? No, we've enjoyed Evan and appreciate his work, but long term answer is no, that's not built in yet. I will say that historically, though, the county has looked for a long range plan for some time, and did have money in the budget at a time and but that was pulled out because it couldn't find anybody. So I'm going to, of course, be advocating that we continue it, and we do have enough for two to three years, though, because of other grant funding that's going to be coming from. Coming from the state that's been committed already, thank you. I think now that we have someone strong in the position, I expect that there's plenty of work. So there's as long as there's, there's a funding source, there's, there's definitely enough work to, you know, 10, 1015, years work, I would say, just to keep things going. All right, thank you, everybody. You.</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